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16C" w:rsidRDefault="006A7220">
      <w:pPr>
        <w:pStyle w:val="Nadpis1"/>
      </w:pPr>
      <w:r>
        <w:t>Výsledky Muvina 2026</w:t>
      </w:r>
    </w:p>
    <w:tbl>
      <w:tblPr>
        <w:tblStyle w:val="Mriekatabuky"/>
        <w:tblW w:w="9639" w:type="dxa"/>
        <w:tblInd w:w="-459" w:type="dxa"/>
        <w:tblLayout w:type="fixed"/>
        <w:tblLook w:val="04A0"/>
      </w:tblPr>
      <w:tblGrid>
        <w:gridCol w:w="4111"/>
        <w:gridCol w:w="709"/>
        <w:gridCol w:w="850"/>
        <w:gridCol w:w="2127"/>
        <w:gridCol w:w="850"/>
        <w:gridCol w:w="992"/>
      </w:tblGrid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Víno</w:t>
            </w:r>
            <w:proofErr w:type="spellEnd"/>
          </w:p>
        </w:tc>
        <w:tc>
          <w:tcPr>
            <w:tcW w:w="709" w:type="dxa"/>
          </w:tcPr>
          <w:p w:rsidR="00F3016C" w:rsidRDefault="006A7220" w:rsidP="00E151FA">
            <w:r>
              <w:t>Roč</w:t>
            </w:r>
            <w:r w:rsidR="00E151FA">
              <w:t>.</w:t>
            </w:r>
          </w:p>
        </w:tc>
        <w:tc>
          <w:tcPr>
            <w:tcW w:w="850" w:type="dxa"/>
          </w:tcPr>
          <w:p w:rsidR="00F3016C" w:rsidRDefault="006A7220" w:rsidP="00E151FA">
            <w:r>
              <w:t>Kat</w:t>
            </w:r>
            <w:r w:rsidR="00E151FA">
              <w:t>.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Výrobca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Body</w:t>
            </w:r>
          </w:p>
        </w:tc>
        <w:tc>
          <w:tcPr>
            <w:tcW w:w="992" w:type="dxa"/>
          </w:tcPr>
          <w:p w:rsidR="00F3016C" w:rsidRDefault="006A7220">
            <w:proofErr w:type="spellStart"/>
            <w:r>
              <w:t>Medaila</w:t>
            </w:r>
            <w:proofErr w:type="spellEnd"/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Primus Pinot noir </w:t>
            </w:r>
            <w:proofErr w:type="spellStart"/>
            <w:r>
              <w:t>barrique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2021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Bolfan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Cuvée</w:t>
            </w:r>
            <w:proofErr w:type="spellEnd"/>
            <w:r>
              <w:t xml:space="preserve"> Leona </w:t>
            </w:r>
            <w:proofErr w:type="spellStart"/>
            <w:r>
              <w:t>eiswein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2016</w:t>
            </w:r>
          </w:p>
        </w:tc>
        <w:tc>
          <w:tcPr>
            <w:tcW w:w="850" w:type="dxa"/>
          </w:tcPr>
          <w:p w:rsidR="00F3016C" w:rsidRDefault="006A7220">
            <w:r>
              <w:t>NS2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Durinski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89.75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Graševina</w:t>
            </w:r>
            <w:proofErr w:type="spellEnd"/>
            <w:r>
              <w:t xml:space="preserve"> </w:t>
            </w:r>
            <w:proofErr w:type="spellStart"/>
            <w:r>
              <w:t>suhi</w:t>
            </w:r>
            <w:proofErr w:type="spellEnd"/>
            <w:r>
              <w:t xml:space="preserve"> </w:t>
            </w:r>
            <w:proofErr w:type="spellStart"/>
            <w:r>
              <w:t>jagodni</w:t>
            </w:r>
            <w:proofErr w:type="spellEnd"/>
            <w:r>
              <w:t xml:space="preserve"> </w:t>
            </w:r>
            <w:proofErr w:type="spellStart"/>
            <w:r>
              <w:t>izbor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2015</w:t>
            </w:r>
          </w:p>
        </w:tc>
        <w:tc>
          <w:tcPr>
            <w:tcW w:w="850" w:type="dxa"/>
          </w:tcPr>
          <w:p w:rsidR="00F3016C" w:rsidRDefault="006A7220">
            <w:r>
              <w:t>NS1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Durinski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Penny rosé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Ro1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Korta</w:t>
            </w:r>
            <w:proofErr w:type="spellEnd"/>
            <w:r>
              <w:t xml:space="preserve"> Katarina</w:t>
            </w:r>
          </w:p>
        </w:tc>
        <w:tc>
          <w:tcPr>
            <w:tcW w:w="850" w:type="dxa"/>
          </w:tcPr>
          <w:p w:rsidR="00F3016C" w:rsidRDefault="006A7220">
            <w:r>
              <w:t>85.0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Rosé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Ro1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Korta</w:t>
            </w:r>
            <w:proofErr w:type="spellEnd"/>
            <w:r>
              <w:t xml:space="preserve"> Katarina</w:t>
            </w:r>
          </w:p>
        </w:tc>
        <w:tc>
          <w:tcPr>
            <w:tcW w:w="850" w:type="dxa"/>
          </w:tcPr>
          <w:p w:rsidR="00F3016C" w:rsidRDefault="006A7220">
            <w:r>
              <w:t>83.5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Pošip</w:t>
            </w:r>
            <w:proofErr w:type="spellEnd"/>
            <w:r>
              <w:t xml:space="preserve"> </w:t>
            </w:r>
            <w:proofErr w:type="spellStart"/>
            <w:r>
              <w:t>barrique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Korta</w:t>
            </w:r>
            <w:proofErr w:type="spellEnd"/>
            <w:r>
              <w:t xml:space="preserve"> Katarina</w:t>
            </w:r>
          </w:p>
        </w:tc>
        <w:tc>
          <w:tcPr>
            <w:tcW w:w="850" w:type="dxa"/>
          </w:tcPr>
          <w:p w:rsidR="00F3016C" w:rsidRDefault="006A7220">
            <w:r>
              <w:t>83.25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Škrlet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Monset</w:t>
            </w:r>
            <w:proofErr w:type="spellEnd"/>
            <w:r>
              <w:t xml:space="preserve"> Umbra</w:t>
            </w:r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Graševina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Monset</w:t>
            </w:r>
            <w:proofErr w:type="spellEnd"/>
            <w:r>
              <w:t xml:space="preserve"> Umbra</w:t>
            </w:r>
          </w:p>
        </w:tc>
        <w:tc>
          <w:tcPr>
            <w:tcW w:w="850" w:type="dxa"/>
          </w:tcPr>
          <w:p w:rsidR="00F3016C" w:rsidRDefault="006A7220">
            <w:r>
              <w:t>85.25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Veltlínské</w:t>
            </w:r>
            <w:proofErr w:type="spellEnd"/>
            <w:r>
              <w:t xml:space="preserve"> </w:t>
            </w:r>
            <w:proofErr w:type="spellStart"/>
            <w:r>
              <w:t>zelené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Baloun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90.75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Hibernal </w:t>
            </w:r>
            <w:proofErr w:type="spellStart"/>
            <w:r>
              <w:t>výběr</w:t>
            </w:r>
            <w:proofErr w:type="spellEnd"/>
            <w:r>
              <w:t xml:space="preserve"> z </w:t>
            </w:r>
            <w:proofErr w:type="spellStart"/>
            <w:r>
              <w:t>hroznů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Baloun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90.25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Műller</w:t>
            </w:r>
            <w:proofErr w:type="spellEnd"/>
            <w:r>
              <w:t xml:space="preserve"> Thurgau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2021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Baloun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90.25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Rulandské</w:t>
            </w:r>
            <w:proofErr w:type="spellEnd"/>
            <w:r>
              <w:t xml:space="preserve"> </w:t>
            </w:r>
            <w:proofErr w:type="spellStart"/>
            <w:r>
              <w:t>modré</w:t>
            </w:r>
            <w:proofErr w:type="spellEnd"/>
            <w:r>
              <w:t xml:space="preserve"> </w:t>
            </w:r>
            <w:proofErr w:type="spellStart"/>
            <w:r>
              <w:t>výběr</w:t>
            </w:r>
            <w:proofErr w:type="spellEnd"/>
            <w:r>
              <w:t xml:space="preserve"> z </w:t>
            </w:r>
            <w:proofErr w:type="spellStart"/>
            <w:r>
              <w:t>hroznů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Baloun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89.75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André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Baloun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86.25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Cabernia</w:t>
            </w:r>
            <w:proofErr w:type="spellEnd"/>
            <w:r>
              <w:t xml:space="preserve"> </w:t>
            </w:r>
          </w:p>
        </w:tc>
        <w:tc>
          <w:tcPr>
            <w:tcW w:w="709" w:type="dxa"/>
          </w:tcPr>
          <w:p w:rsidR="00F3016C" w:rsidRDefault="006A7220">
            <w:r>
              <w:t>2016</w:t>
            </w:r>
          </w:p>
        </w:tc>
        <w:tc>
          <w:tcPr>
            <w:tcW w:w="850" w:type="dxa"/>
          </w:tcPr>
          <w:p w:rsidR="00F3016C" w:rsidRDefault="006A7220">
            <w:r>
              <w:t>NS1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Drápal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93.5</w:t>
            </w:r>
          </w:p>
        </w:tc>
        <w:tc>
          <w:tcPr>
            <w:tcW w:w="992" w:type="dxa"/>
          </w:tcPr>
          <w:p w:rsidR="00F3016C" w:rsidRDefault="006A7220">
            <w:r>
              <w:t>GGM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Malverina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NS1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Drápal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93.25</w:t>
            </w:r>
          </w:p>
        </w:tc>
        <w:tc>
          <w:tcPr>
            <w:tcW w:w="992" w:type="dxa"/>
          </w:tcPr>
          <w:p w:rsidR="00F3016C" w:rsidRDefault="006A7220">
            <w:r>
              <w:t>GGM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Hibernal</w:t>
            </w:r>
          </w:p>
        </w:tc>
        <w:tc>
          <w:tcPr>
            <w:tcW w:w="709" w:type="dxa"/>
          </w:tcPr>
          <w:p w:rsidR="00F3016C" w:rsidRDefault="006A7220">
            <w:r>
              <w:t>2020</w:t>
            </w:r>
          </w:p>
        </w:tc>
        <w:tc>
          <w:tcPr>
            <w:tcW w:w="850" w:type="dxa"/>
          </w:tcPr>
          <w:p w:rsidR="00F3016C" w:rsidRDefault="006A7220">
            <w:r>
              <w:t>NS2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Drápal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Cabernet </w:t>
            </w:r>
            <w:proofErr w:type="spellStart"/>
            <w:r>
              <w:t>Cortis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NS1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Drápal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Hibernal </w:t>
            </w:r>
            <w:proofErr w:type="spellStart"/>
            <w:r>
              <w:t>výběr</w:t>
            </w:r>
            <w:proofErr w:type="spellEnd"/>
            <w:r>
              <w:t xml:space="preserve"> z </w:t>
            </w:r>
            <w:proofErr w:type="spellStart"/>
            <w:r>
              <w:t>hroznů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Dufek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91.75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Pinot </w:t>
            </w:r>
            <w:proofErr w:type="spellStart"/>
            <w:r>
              <w:t>blanc</w:t>
            </w:r>
            <w:proofErr w:type="spellEnd"/>
            <w:r>
              <w:t xml:space="preserve"> VOC </w:t>
            </w:r>
            <w:proofErr w:type="spellStart"/>
            <w:r>
              <w:t>surlie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2021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Dufek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90.0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Cabernet </w:t>
            </w:r>
            <w:proofErr w:type="spellStart"/>
            <w:r>
              <w:t>cuvée</w:t>
            </w:r>
            <w:proofErr w:type="spellEnd"/>
            <w:r>
              <w:t xml:space="preserve"> </w:t>
            </w:r>
            <w:proofErr w:type="spellStart"/>
            <w:r>
              <w:t>výběr</w:t>
            </w:r>
            <w:proofErr w:type="spellEnd"/>
            <w:r>
              <w:t xml:space="preserve"> z </w:t>
            </w:r>
            <w:proofErr w:type="spellStart"/>
            <w:r>
              <w:t>hroznů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Dufek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Muškát</w:t>
            </w:r>
            <w:proofErr w:type="spellEnd"/>
            <w:r>
              <w:t xml:space="preserve"> </w:t>
            </w:r>
            <w:proofErr w:type="spellStart"/>
            <w:r>
              <w:t>moravský</w:t>
            </w:r>
            <w:proofErr w:type="spellEnd"/>
            <w:r>
              <w:t xml:space="preserve"> VOC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Dufek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Tramín</w:t>
            </w:r>
            <w:proofErr w:type="spellEnd"/>
            <w:r>
              <w:t xml:space="preserve"> </w:t>
            </w:r>
            <w:proofErr w:type="spellStart"/>
            <w:r>
              <w:t>červený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Dufek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Frankovka</w:t>
            </w:r>
            <w:proofErr w:type="spellEnd"/>
            <w:r>
              <w:t xml:space="preserve"> </w:t>
            </w:r>
            <w:proofErr w:type="spellStart"/>
            <w:r>
              <w:t>výběr</w:t>
            </w:r>
            <w:proofErr w:type="spellEnd"/>
            <w:r>
              <w:t xml:space="preserve"> z </w:t>
            </w:r>
            <w:proofErr w:type="spellStart"/>
            <w:r>
              <w:t>hroznů</w:t>
            </w:r>
            <w:proofErr w:type="spellEnd"/>
            <w:r>
              <w:t xml:space="preserve"> </w:t>
            </w:r>
            <w:proofErr w:type="spellStart"/>
            <w:r>
              <w:t>barrique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Dufek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88.25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Neuburské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Dufek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85.75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Rulandské</w:t>
            </w:r>
            <w:proofErr w:type="spellEnd"/>
            <w:r>
              <w:t xml:space="preserve"> </w:t>
            </w:r>
            <w:proofErr w:type="spellStart"/>
            <w:r>
              <w:t>modré</w:t>
            </w:r>
            <w:proofErr w:type="spellEnd"/>
            <w:r>
              <w:t xml:space="preserve"> </w:t>
            </w:r>
            <w:proofErr w:type="spellStart"/>
            <w:r>
              <w:t>výběr</w:t>
            </w:r>
            <w:proofErr w:type="spellEnd"/>
            <w:r>
              <w:t xml:space="preserve"> z </w:t>
            </w:r>
            <w:proofErr w:type="spellStart"/>
            <w:r>
              <w:t>hroznů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Hruška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91.0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Cuvée</w:t>
            </w:r>
            <w:proofErr w:type="spellEnd"/>
            <w:r>
              <w:t xml:space="preserve"> Thomas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Hruška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90.0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Cuvée</w:t>
            </w:r>
            <w:proofErr w:type="spellEnd"/>
            <w:r>
              <w:t xml:space="preserve"> </w:t>
            </w:r>
            <w:proofErr w:type="spellStart"/>
            <w:r>
              <w:t>Ros</w:t>
            </w:r>
            <w:proofErr w:type="spellEnd"/>
            <w:r>
              <w:t xml:space="preserve"> Gold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Hruška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Hibernal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Hruška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Merlot </w:t>
            </w:r>
            <w:proofErr w:type="spellStart"/>
            <w:r>
              <w:t>výběr</w:t>
            </w:r>
            <w:proofErr w:type="spellEnd"/>
            <w:r>
              <w:t xml:space="preserve"> z </w:t>
            </w:r>
            <w:proofErr w:type="spellStart"/>
            <w:r>
              <w:t>hroznů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Maděřič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Sauvignon MZV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Maděřič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Mr. Gray MZV</w:t>
            </w:r>
          </w:p>
        </w:tc>
        <w:tc>
          <w:tcPr>
            <w:tcW w:w="709" w:type="dxa"/>
          </w:tcPr>
          <w:p w:rsidR="00F3016C" w:rsidRDefault="00F3016C"/>
        </w:tc>
        <w:tc>
          <w:tcPr>
            <w:tcW w:w="850" w:type="dxa"/>
          </w:tcPr>
          <w:p w:rsidR="00F3016C" w:rsidRDefault="006A7220">
            <w:r>
              <w:t>W3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Maděřič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Ryzlink</w:t>
            </w:r>
            <w:proofErr w:type="spellEnd"/>
            <w:r>
              <w:t xml:space="preserve"> </w:t>
            </w:r>
            <w:proofErr w:type="spellStart"/>
            <w:r>
              <w:t>vlašský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Maděřič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88.25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Pálava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Maděřič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Tramín</w:t>
            </w:r>
            <w:proofErr w:type="spellEnd"/>
            <w:r>
              <w:t xml:space="preserve"> </w:t>
            </w:r>
            <w:proofErr w:type="spellStart"/>
            <w:r>
              <w:t>výběr</w:t>
            </w:r>
            <w:proofErr w:type="spellEnd"/>
            <w:r>
              <w:t xml:space="preserve"> z </w:t>
            </w:r>
            <w:proofErr w:type="spellStart"/>
            <w:r>
              <w:t>hroznů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Maděřič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Ryzlink</w:t>
            </w:r>
            <w:proofErr w:type="spellEnd"/>
            <w:r>
              <w:t xml:space="preserve"> </w:t>
            </w:r>
            <w:proofErr w:type="spellStart"/>
            <w:r>
              <w:t>rýnský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W2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Maděřič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Veltlínské</w:t>
            </w:r>
            <w:proofErr w:type="spellEnd"/>
            <w:r>
              <w:t xml:space="preserve"> </w:t>
            </w:r>
            <w:proofErr w:type="spellStart"/>
            <w:r>
              <w:t>zelené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Maděřič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86.75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Pinot noir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Maděřič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85.75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Cabernet Sauvignon </w:t>
            </w:r>
            <w:proofErr w:type="spellStart"/>
            <w:r>
              <w:t>klaret</w:t>
            </w:r>
            <w:proofErr w:type="spellEnd"/>
            <w:r>
              <w:t xml:space="preserve"> MZV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Ro2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Maděřič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82.0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Rulandské</w:t>
            </w:r>
            <w:proofErr w:type="spellEnd"/>
            <w:r>
              <w:t xml:space="preserve"> </w:t>
            </w:r>
            <w:proofErr w:type="spellStart"/>
            <w:r>
              <w:t>šedé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 xml:space="preserve">Pod </w:t>
            </w:r>
            <w:proofErr w:type="spellStart"/>
            <w:r>
              <w:t>Kumstátem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Sauvignon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r>
              <w:t xml:space="preserve">Pod </w:t>
            </w:r>
            <w:proofErr w:type="spellStart"/>
            <w:r>
              <w:t>Kumstátem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Tramín</w:t>
            </w:r>
            <w:proofErr w:type="spellEnd"/>
            <w:r>
              <w:t xml:space="preserve"> </w:t>
            </w:r>
            <w:proofErr w:type="spellStart"/>
            <w:r>
              <w:t>červený</w:t>
            </w:r>
            <w:proofErr w:type="spellEnd"/>
            <w:r>
              <w:t xml:space="preserve"> </w:t>
            </w:r>
            <w:proofErr w:type="spellStart"/>
            <w:r>
              <w:t>výběr</w:t>
            </w:r>
            <w:proofErr w:type="spellEnd"/>
            <w:r>
              <w:t xml:space="preserve"> z </w:t>
            </w:r>
            <w:proofErr w:type="spellStart"/>
            <w:r>
              <w:t>bobulí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War4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Sedlec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93.0</w:t>
            </w:r>
          </w:p>
        </w:tc>
        <w:tc>
          <w:tcPr>
            <w:tcW w:w="992" w:type="dxa"/>
          </w:tcPr>
          <w:p w:rsidR="00F3016C" w:rsidRDefault="006A7220">
            <w:r>
              <w:t>GGM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Tramín</w:t>
            </w:r>
            <w:proofErr w:type="spellEnd"/>
            <w:r>
              <w:t xml:space="preserve"> </w:t>
            </w:r>
            <w:proofErr w:type="spellStart"/>
            <w:r>
              <w:t>červený</w:t>
            </w:r>
            <w:proofErr w:type="spellEnd"/>
            <w:r>
              <w:t xml:space="preserve"> orange MZV</w:t>
            </w:r>
          </w:p>
        </w:tc>
        <w:tc>
          <w:tcPr>
            <w:tcW w:w="709" w:type="dxa"/>
          </w:tcPr>
          <w:p w:rsidR="00F3016C" w:rsidRDefault="006A7220">
            <w:r>
              <w:t>2021</w:t>
            </w:r>
          </w:p>
        </w:tc>
        <w:tc>
          <w:tcPr>
            <w:tcW w:w="850" w:type="dxa"/>
          </w:tcPr>
          <w:p w:rsidR="00F3016C" w:rsidRDefault="006A7220">
            <w:r>
              <w:t>O1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Sedlec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91.25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Rulandské</w:t>
            </w:r>
            <w:proofErr w:type="spellEnd"/>
            <w:r>
              <w:t xml:space="preserve"> </w:t>
            </w:r>
            <w:proofErr w:type="spellStart"/>
            <w:r>
              <w:t>šedé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Sedlec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Irsai</w:t>
            </w:r>
            <w:proofErr w:type="spellEnd"/>
            <w:r>
              <w:t xml:space="preserve"> Oliver </w:t>
            </w:r>
            <w:proofErr w:type="spellStart"/>
            <w:r>
              <w:t>kabinet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Šilinek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90.0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lastRenderedPageBreak/>
              <w:t>Pálava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Šilinek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Veltlínské</w:t>
            </w:r>
            <w:proofErr w:type="spellEnd"/>
            <w:r>
              <w:t xml:space="preserve"> </w:t>
            </w:r>
            <w:proofErr w:type="spellStart"/>
            <w:r>
              <w:t>zelené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Šilinek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86.75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Scheurebe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Šilinek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86.25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Chardonnay </w:t>
            </w:r>
            <w:proofErr w:type="spellStart"/>
            <w:r>
              <w:t>výběr</w:t>
            </w:r>
            <w:proofErr w:type="spellEnd"/>
            <w:r>
              <w:t xml:space="preserve"> z </w:t>
            </w:r>
            <w:proofErr w:type="spellStart"/>
            <w:r>
              <w:t>hroznů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Šilinek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85.25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 w:rsidP="00E151FA">
            <w:proofErr w:type="spellStart"/>
            <w:r>
              <w:t>Zweigelt</w:t>
            </w:r>
            <w:proofErr w:type="spellEnd"/>
            <w:r>
              <w:t xml:space="preserve">-Cabernet rosé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Ro2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Šilinek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84.0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Sylvánské</w:t>
            </w:r>
            <w:proofErr w:type="spellEnd"/>
            <w:r>
              <w:t xml:space="preserve"> </w:t>
            </w:r>
            <w:proofErr w:type="spellStart"/>
            <w:r>
              <w:t>zelené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Štepánek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Frankovka</w:t>
            </w:r>
            <w:proofErr w:type="spellEnd"/>
            <w:r>
              <w:t xml:space="preserve"> </w:t>
            </w:r>
            <w:proofErr w:type="spellStart"/>
            <w:r>
              <w:t>výběr</w:t>
            </w:r>
            <w:proofErr w:type="spellEnd"/>
            <w:r>
              <w:t xml:space="preserve"> z </w:t>
            </w:r>
            <w:proofErr w:type="spellStart"/>
            <w:r>
              <w:t>hroznů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Štěpánek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Hibernal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Štěpánek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Tramín</w:t>
            </w:r>
            <w:proofErr w:type="spellEnd"/>
            <w:r>
              <w:t xml:space="preserve"> </w:t>
            </w:r>
            <w:proofErr w:type="spellStart"/>
            <w:r>
              <w:t>červený</w:t>
            </w:r>
            <w:proofErr w:type="spellEnd"/>
            <w:r>
              <w:t xml:space="preserve"> </w:t>
            </w:r>
            <w:proofErr w:type="spellStart"/>
            <w:r>
              <w:t>výběr</w:t>
            </w:r>
            <w:proofErr w:type="spellEnd"/>
            <w:r>
              <w:t xml:space="preserve"> z </w:t>
            </w:r>
            <w:proofErr w:type="spellStart"/>
            <w:r>
              <w:t>hroznů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Štěpánek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Cuvée</w:t>
            </w:r>
            <w:proofErr w:type="spellEnd"/>
            <w:r>
              <w:t xml:space="preserve"> Merlot-</w:t>
            </w:r>
            <w:proofErr w:type="spellStart"/>
            <w:r>
              <w:t>Carmenére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Valihrach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91.5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Frankovka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Valihrach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90.25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Carmenére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Valihrach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Sauvignon </w:t>
            </w:r>
            <w:proofErr w:type="spellStart"/>
            <w:r>
              <w:t>šedý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Valihrach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Tramín-Pálava</w:t>
            </w:r>
            <w:proofErr w:type="spellEnd"/>
          </w:p>
        </w:tc>
        <w:tc>
          <w:tcPr>
            <w:tcW w:w="709" w:type="dxa"/>
          </w:tcPr>
          <w:p w:rsidR="00F3016C" w:rsidRDefault="00F3016C" w:rsidP="00E151FA"/>
        </w:tc>
        <w:tc>
          <w:tcPr>
            <w:tcW w:w="850" w:type="dxa"/>
          </w:tcPr>
          <w:p w:rsidR="00F3016C" w:rsidRDefault="006A7220">
            <w:r>
              <w:t>NS2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Valihrach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Hibernal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Valihrach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86.0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Neuburské</w:t>
            </w:r>
            <w:proofErr w:type="spellEnd"/>
            <w:r>
              <w:t xml:space="preserve"> MZV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 xml:space="preserve">VD </w:t>
            </w:r>
            <w:proofErr w:type="spellStart"/>
            <w:r>
              <w:t>Kopeček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86.25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Ryzlink</w:t>
            </w:r>
            <w:proofErr w:type="spellEnd"/>
            <w:r>
              <w:t xml:space="preserve"> </w:t>
            </w:r>
            <w:proofErr w:type="spellStart"/>
            <w:r>
              <w:t>rýnský</w:t>
            </w:r>
            <w:proofErr w:type="spellEnd"/>
            <w:r>
              <w:t xml:space="preserve"> </w:t>
            </w:r>
            <w:proofErr w:type="spellStart"/>
            <w:r>
              <w:t>kabinet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Zborovský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90.25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Modrý</w:t>
            </w:r>
            <w:proofErr w:type="spellEnd"/>
            <w:r>
              <w:t xml:space="preserve"> </w:t>
            </w:r>
            <w:proofErr w:type="spellStart"/>
            <w:r>
              <w:t>portugal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Zborovský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Tramín</w:t>
            </w:r>
            <w:proofErr w:type="spellEnd"/>
            <w:r>
              <w:t xml:space="preserve"> </w:t>
            </w:r>
            <w:proofErr w:type="spellStart"/>
            <w:r>
              <w:t>kořenný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Zborovský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88.5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Frankovka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  <w:r>
              <w:t xml:space="preserve"> </w:t>
            </w:r>
            <w:proofErr w:type="spellStart"/>
            <w:r>
              <w:t>Reserva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Zborovský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86.75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Rulandské</w:t>
            </w:r>
            <w:proofErr w:type="spellEnd"/>
            <w:r>
              <w:t xml:space="preserve"> </w:t>
            </w:r>
            <w:proofErr w:type="spellStart"/>
            <w:r>
              <w:t>šedé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Zborovský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86.5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Rulandské</w:t>
            </w:r>
            <w:proofErr w:type="spellEnd"/>
            <w:r>
              <w:t xml:space="preserve"> </w:t>
            </w:r>
            <w:proofErr w:type="spellStart"/>
            <w:r>
              <w:t>bílé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Zborovský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86.0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Ryzlink</w:t>
            </w:r>
            <w:proofErr w:type="spellEnd"/>
            <w:r>
              <w:t xml:space="preserve"> </w:t>
            </w:r>
            <w:proofErr w:type="spellStart"/>
            <w:r>
              <w:t>vlašský</w:t>
            </w:r>
            <w:proofErr w:type="spellEnd"/>
            <w:r>
              <w:t xml:space="preserve"> </w:t>
            </w:r>
            <w:proofErr w:type="spellStart"/>
            <w:r>
              <w:t>pozdní</w:t>
            </w:r>
            <w:proofErr w:type="spellEnd"/>
            <w:r>
              <w:t xml:space="preserve"> </w:t>
            </w:r>
            <w:proofErr w:type="spellStart"/>
            <w:r>
              <w:t>sběr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Zborovský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86.0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Dornfelder</w:t>
            </w:r>
            <w:proofErr w:type="spellEnd"/>
            <w:r>
              <w:t xml:space="preserve"> </w:t>
            </w:r>
            <w:proofErr w:type="spellStart"/>
            <w:r>
              <w:t>feinherb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R3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Anselmann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Cabernet Sauvignon </w:t>
            </w:r>
            <w:proofErr w:type="spellStart"/>
            <w:r>
              <w:t>barrique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Anselmann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Morio</w:t>
            </w:r>
            <w:proofErr w:type="spellEnd"/>
            <w:r>
              <w:t xml:space="preserve"> </w:t>
            </w:r>
            <w:proofErr w:type="spellStart"/>
            <w:r>
              <w:t>Muskat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Anselmann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Riesling </w:t>
            </w:r>
            <w:proofErr w:type="spellStart"/>
            <w:r>
              <w:t>kabinett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W2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Anselmann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Tokaji</w:t>
            </w:r>
            <w:proofErr w:type="spellEnd"/>
            <w:r>
              <w:t xml:space="preserve"> </w:t>
            </w:r>
            <w:proofErr w:type="spellStart"/>
            <w:r>
              <w:t>Palásti</w:t>
            </w:r>
            <w:proofErr w:type="spellEnd"/>
            <w:r>
              <w:t xml:space="preserve"> </w:t>
            </w:r>
            <w:proofErr w:type="spellStart"/>
            <w:r>
              <w:t>Sárgamuskotály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NS2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Boršoš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93.0</w:t>
            </w:r>
          </w:p>
        </w:tc>
        <w:tc>
          <w:tcPr>
            <w:tcW w:w="992" w:type="dxa"/>
          </w:tcPr>
          <w:p w:rsidR="00F3016C" w:rsidRDefault="006A7220">
            <w:r>
              <w:t>GGM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Tokaji</w:t>
            </w:r>
            <w:proofErr w:type="spellEnd"/>
            <w:r>
              <w:t xml:space="preserve"> </w:t>
            </w:r>
            <w:proofErr w:type="spellStart"/>
            <w:r>
              <w:t>szamorodni</w:t>
            </w:r>
            <w:proofErr w:type="spellEnd"/>
            <w:r>
              <w:t xml:space="preserve"> </w:t>
            </w:r>
            <w:proofErr w:type="spellStart"/>
            <w:r>
              <w:t>édes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YL3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Derczó-Lovas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Tokaji</w:t>
            </w:r>
            <w:proofErr w:type="spellEnd"/>
            <w:r>
              <w:t xml:space="preserve"> </w:t>
            </w:r>
            <w:proofErr w:type="spellStart"/>
            <w:r>
              <w:t>hárslevelű</w:t>
            </w:r>
            <w:proofErr w:type="spellEnd"/>
            <w:r>
              <w:t xml:space="preserve"> </w:t>
            </w:r>
            <w:proofErr w:type="spellStart"/>
            <w:r>
              <w:t>késői</w:t>
            </w:r>
            <w:proofErr w:type="spellEnd"/>
            <w:r>
              <w:t xml:space="preserve"> </w:t>
            </w:r>
            <w:proofErr w:type="spellStart"/>
            <w:r>
              <w:t>szüret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NS1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Derczó-Lovas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88.5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Tokaji</w:t>
            </w:r>
            <w:proofErr w:type="spellEnd"/>
            <w:r>
              <w:t xml:space="preserve"> </w:t>
            </w:r>
            <w:proofErr w:type="spellStart"/>
            <w:r>
              <w:t>Sárgamuskotály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 xml:space="preserve">G. </w:t>
            </w:r>
            <w:proofErr w:type="spellStart"/>
            <w:r>
              <w:t>Toth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81.0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Tokaji</w:t>
            </w:r>
            <w:proofErr w:type="spellEnd"/>
            <w:r>
              <w:t xml:space="preserve"> </w:t>
            </w:r>
            <w:proofErr w:type="spellStart"/>
            <w:r>
              <w:t>szamorodni</w:t>
            </w:r>
            <w:proofErr w:type="spellEnd"/>
            <w:r>
              <w:t xml:space="preserve"> </w:t>
            </w:r>
            <w:proofErr w:type="spellStart"/>
            <w:r>
              <w:t>édes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2021</w:t>
            </w:r>
          </w:p>
        </w:tc>
        <w:tc>
          <w:tcPr>
            <w:tcW w:w="850" w:type="dxa"/>
          </w:tcPr>
          <w:p w:rsidR="00F3016C" w:rsidRDefault="006A7220">
            <w:r>
              <w:t>YL3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Gotz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91.0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Tokaji</w:t>
            </w:r>
            <w:proofErr w:type="spellEnd"/>
            <w:r>
              <w:t xml:space="preserve"> </w:t>
            </w:r>
            <w:proofErr w:type="spellStart"/>
            <w:r>
              <w:t>furmint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W3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Gotz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Tokaji</w:t>
            </w:r>
            <w:proofErr w:type="spellEnd"/>
            <w:r>
              <w:t xml:space="preserve"> </w:t>
            </w:r>
            <w:proofErr w:type="spellStart"/>
            <w:r>
              <w:t>sárgamuskotály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Gotz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83.75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Tokaji</w:t>
            </w:r>
            <w:proofErr w:type="spellEnd"/>
            <w:r>
              <w:t xml:space="preserve"> </w:t>
            </w:r>
            <w:proofErr w:type="spellStart"/>
            <w:r>
              <w:t>furmint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2020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Hegedus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90.25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Tokaji</w:t>
            </w:r>
            <w:proofErr w:type="spellEnd"/>
            <w:r>
              <w:t xml:space="preserve"> </w:t>
            </w:r>
            <w:proofErr w:type="spellStart"/>
            <w:r>
              <w:t>Aszú</w:t>
            </w:r>
            <w:proofErr w:type="spellEnd"/>
            <w:r>
              <w:t xml:space="preserve"> 4 </w:t>
            </w:r>
            <w:proofErr w:type="spellStart"/>
            <w:r>
              <w:t>puttonyos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2016</w:t>
            </w:r>
          </w:p>
        </w:tc>
        <w:tc>
          <w:tcPr>
            <w:tcW w:w="850" w:type="dxa"/>
          </w:tcPr>
          <w:p w:rsidR="00F3016C" w:rsidRDefault="006A7220">
            <w:r>
              <w:t>LL4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Matisz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93.25</w:t>
            </w:r>
          </w:p>
        </w:tc>
        <w:tc>
          <w:tcPr>
            <w:tcW w:w="992" w:type="dxa"/>
          </w:tcPr>
          <w:p w:rsidR="00F3016C" w:rsidRDefault="006A7220">
            <w:r>
              <w:t>GGM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Tokaji</w:t>
            </w:r>
            <w:proofErr w:type="spellEnd"/>
            <w:r>
              <w:t xml:space="preserve"> </w:t>
            </w:r>
            <w:proofErr w:type="spellStart"/>
            <w:r>
              <w:t>furmint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Matisz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85.0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Tokaji</w:t>
            </w:r>
            <w:proofErr w:type="spellEnd"/>
            <w:r>
              <w:t xml:space="preserve"> </w:t>
            </w:r>
            <w:proofErr w:type="spellStart"/>
            <w:r>
              <w:t>furmint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2021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Matisz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80.75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Tokaji</w:t>
            </w:r>
            <w:proofErr w:type="spellEnd"/>
            <w:r>
              <w:t xml:space="preserve"> </w:t>
            </w:r>
            <w:proofErr w:type="spellStart"/>
            <w:r>
              <w:t>hárslevelű</w:t>
            </w:r>
            <w:proofErr w:type="spellEnd"/>
            <w:r>
              <w:t xml:space="preserve">  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Mihalovits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85.25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Andrea </w:t>
            </w:r>
            <w:proofErr w:type="spellStart"/>
            <w:r>
              <w:t>késői</w:t>
            </w:r>
            <w:proofErr w:type="spellEnd"/>
            <w:r>
              <w:t xml:space="preserve"> </w:t>
            </w:r>
            <w:proofErr w:type="spellStart"/>
            <w:r>
              <w:t>szüret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NS1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Portius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90.0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Hárslevelű</w:t>
            </w:r>
            <w:proofErr w:type="spellEnd"/>
            <w:r>
              <w:t xml:space="preserve"> </w:t>
            </w:r>
            <w:proofErr w:type="spellStart"/>
            <w:r>
              <w:t>késői</w:t>
            </w:r>
            <w:proofErr w:type="spellEnd"/>
            <w:r>
              <w:t xml:space="preserve"> </w:t>
            </w:r>
            <w:proofErr w:type="spellStart"/>
            <w:r>
              <w:t>szüret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W4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Portius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Furmitage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Portius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86.75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Tokaji</w:t>
            </w:r>
            <w:proofErr w:type="spellEnd"/>
            <w:r>
              <w:t xml:space="preserve"> </w:t>
            </w:r>
            <w:proofErr w:type="spellStart"/>
            <w:r>
              <w:t>cuvée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NS2</w:t>
            </w:r>
          </w:p>
        </w:tc>
        <w:tc>
          <w:tcPr>
            <w:tcW w:w="2127" w:type="dxa"/>
          </w:tcPr>
          <w:p w:rsidR="00F3016C" w:rsidRDefault="006A7220">
            <w:r>
              <w:t>Wine Trust</w:t>
            </w:r>
          </w:p>
        </w:tc>
        <w:tc>
          <w:tcPr>
            <w:tcW w:w="850" w:type="dxa"/>
          </w:tcPr>
          <w:p w:rsidR="00F3016C" w:rsidRDefault="006A7220">
            <w:r>
              <w:t>87.75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Tokaji</w:t>
            </w:r>
            <w:proofErr w:type="spellEnd"/>
            <w:r>
              <w:t xml:space="preserve"> </w:t>
            </w:r>
            <w:proofErr w:type="spellStart"/>
            <w:r>
              <w:t>furmint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Wine Trust</w:t>
            </w:r>
          </w:p>
        </w:tc>
        <w:tc>
          <w:tcPr>
            <w:tcW w:w="850" w:type="dxa"/>
          </w:tcPr>
          <w:p w:rsidR="00F3016C" w:rsidRDefault="006A7220">
            <w:r>
              <w:t>83.5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Seyval</w:t>
            </w:r>
            <w:proofErr w:type="spellEnd"/>
            <w:r>
              <w:t xml:space="preserve"> </w:t>
            </w:r>
            <w:proofErr w:type="spellStart"/>
            <w:r>
              <w:t>blanc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SW1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Libiac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Pinot noir</w:t>
            </w:r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Libiac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Solaris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Libiac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Zweigeltrebe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Libiac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86.0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lastRenderedPageBreak/>
              <w:t>Solaris orange I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O1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Olszewski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86.75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Rondonee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R2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Olszewski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85.25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Solaro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Olszewski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85.25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Solaris orange II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O1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Olszewski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84.75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Rondorose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Ro2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Olszewski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84.5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Solaro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Olszewski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82.5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Pinotto</w:t>
            </w:r>
            <w:proofErr w:type="spellEnd"/>
            <w:r>
              <w:t xml:space="preserve"> </w:t>
            </w:r>
            <w:proofErr w:type="spellStart"/>
            <w:r>
              <w:t>nore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Olszewski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82.5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Traminee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Olszewski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82.0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Muscatto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Olszewski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81.0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Chardonee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Olszewski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79.5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Solaris oaked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pod </w:t>
            </w:r>
            <w:proofErr w:type="spellStart"/>
            <w:r>
              <w:t>Jablonia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88.25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Solaris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pod </w:t>
            </w:r>
            <w:proofErr w:type="spellStart"/>
            <w:r>
              <w:t>Jablonia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Frizzante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PW1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pod </w:t>
            </w:r>
            <w:proofErr w:type="spellStart"/>
            <w:r>
              <w:t>Jablonia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86.25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Plažové</w:t>
            </w:r>
            <w:proofErr w:type="spellEnd"/>
            <w:r>
              <w:t xml:space="preserve"> rosé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Ro1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pod </w:t>
            </w:r>
            <w:proofErr w:type="spellStart"/>
            <w:r>
              <w:t>Jablonia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80.0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Rosella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Ro2</w:t>
            </w:r>
          </w:p>
        </w:tc>
        <w:tc>
          <w:tcPr>
            <w:tcW w:w="2127" w:type="dxa"/>
          </w:tcPr>
          <w:p w:rsidR="00F3016C" w:rsidRDefault="006A7220" w:rsidP="00161086">
            <w:r>
              <w:t>W.</w:t>
            </w:r>
            <w:r w:rsidR="00E151FA">
              <w:t xml:space="preserve"> </w:t>
            </w:r>
            <w:proofErr w:type="spellStart"/>
            <w:r>
              <w:t>Suchogorska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88.5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Zweigella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Suchogorska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88.0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Chardella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W2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Suchogorska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Otonella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Suchogorska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Musella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Suchogorska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83.75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Zwegelt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Talaska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Solares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Widokowa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85.75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Muscater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 xml:space="preserve">W. </w:t>
            </w:r>
            <w:proofErr w:type="spellStart"/>
            <w:r>
              <w:t>Widokowa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83.5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Red wine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W.</w:t>
            </w:r>
            <w:r w:rsidR="00161086">
              <w:t xml:space="preserve"> </w:t>
            </w:r>
            <w:proofErr w:type="spellStart"/>
            <w:r>
              <w:t>Widokowa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87.75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Cuvée</w:t>
            </w:r>
            <w:proofErr w:type="spellEnd"/>
            <w:r>
              <w:t xml:space="preserve"> </w:t>
            </w:r>
            <w:proofErr w:type="spellStart"/>
            <w:r>
              <w:t>Veritas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2021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Aurus</w:t>
            </w:r>
            <w:proofErr w:type="spellEnd"/>
            <w:r>
              <w:t xml:space="preserve"> Winery</w:t>
            </w:r>
          </w:p>
        </w:tc>
        <w:tc>
          <w:tcPr>
            <w:tcW w:w="850" w:type="dxa"/>
          </w:tcPr>
          <w:p w:rsidR="00F3016C" w:rsidRDefault="006A7220">
            <w:r>
              <w:t>89.25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Chardonnay</w:t>
            </w:r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Aurus</w:t>
            </w:r>
            <w:proofErr w:type="spellEnd"/>
            <w:r>
              <w:t xml:space="preserve"> Winery</w:t>
            </w:r>
          </w:p>
        </w:tc>
        <w:tc>
          <w:tcPr>
            <w:tcW w:w="850" w:type="dxa"/>
          </w:tcPr>
          <w:p w:rsidR="00F3016C" w:rsidRDefault="006A7220">
            <w:r>
              <w:t>88.25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Cabernet Sauvignon</w:t>
            </w:r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Aurus</w:t>
            </w:r>
            <w:proofErr w:type="spellEnd"/>
            <w:r>
              <w:t xml:space="preserve"> Winery</w:t>
            </w:r>
          </w:p>
        </w:tc>
        <w:tc>
          <w:tcPr>
            <w:tcW w:w="850" w:type="dxa"/>
          </w:tcPr>
          <w:p w:rsidR="00F3016C" w:rsidRDefault="006A7220">
            <w:r>
              <w:t>85.25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Tamjanika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Aurus</w:t>
            </w:r>
            <w:proofErr w:type="spellEnd"/>
            <w:r>
              <w:t xml:space="preserve"> Winery</w:t>
            </w:r>
          </w:p>
        </w:tc>
        <w:tc>
          <w:tcPr>
            <w:tcW w:w="850" w:type="dxa"/>
          </w:tcPr>
          <w:p w:rsidR="00F3016C" w:rsidRDefault="006A7220">
            <w:r>
              <w:t>83.75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Crveni</w:t>
            </w:r>
            <w:proofErr w:type="spellEnd"/>
            <w:r>
              <w:t xml:space="preserve"> </w:t>
            </w:r>
            <w:proofErr w:type="spellStart"/>
            <w:r>
              <w:t>vitez</w:t>
            </w:r>
            <w:proofErr w:type="spellEnd"/>
            <w:r>
              <w:t xml:space="preserve"> </w:t>
            </w:r>
            <w:proofErr w:type="spellStart"/>
            <w:r>
              <w:t>barrique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Gajič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86.5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White </w:t>
            </w:r>
            <w:proofErr w:type="spellStart"/>
            <w:r>
              <w:t>barrique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Koreni</w:t>
            </w:r>
            <w:proofErr w:type="spellEnd"/>
            <w:r>
              <w:t xml:space="preserve"> 1934</w:t>
            </w:r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Tamjanika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Rajič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Cuvée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2019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Valčič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89.25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proofErr w:type="spellStart"/>
            <w:r>
              <w:t>Prokupac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 w:rsidP="00E151FA">
            <w:proofErr w:type="spellStart"/>
            <w:r>
              <w:t>V</w:t>
            </w:r>
            <w:r w:rsidR="00E151FA">
              <w:t>i</w:t>
            </w:r>
            <w:r>
              <w:t>narija</w:t>
            </w:r>
            <w:proofErr w:type="spellEnd"/>
            <w:r>
              <w:t xml:space="preserve"> </w:t>
            </w:r>
            <w:proofErr w:type="spellStart"/>
            <w:r w:rsidR="00161086">
              <w:t>H</w:t>
            </w:r>
            <w:r>
              <w:t>rastova</w:t>
            </w:r>
            <w:proofErr w:type="spellEnd"/>
          </w:p>
        </w:tc>
        <w:tc>
          <w:tcPr>
            <w:tcW w:w="850" w:type="dxa"/>
          </w:tcPr>
          <w:p w:rsidR="00F3016C" w:rsidRDefault="006A7220">
            <w:r>
              <w:t>90.0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Cabernet Franc rosé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Ro1</w:t>
            </w:r>
          </w:p>
        </w:tc>
        <w:tc>
          <w:tcPr>
            <w:tcW w:w="2127" w:type="dxa"/>
          </w:tcPr>
          <w:p w:rsidR="00F3016C" w:rsidRDefault="006A7220">
            <w:r>
              <w:t>Vinarija Hrastova</w:t>
            </w:r>
          </w:p>
        </w:tc>
        <w:tc>
          <w:tcPr>
            <w:tcW w:w="850" w:type="dxa"/>
          </w:tcPr>
          <w:p w:rsidR="00F3016C" w:rsidRDefault="006A7220">
            <w:r>
              <w:t>84.5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Tamjanika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Vinarija Hrastova</w:t>
            </w:r>
          </w:p>
        </w:tc>
        <w:tc>
          <w:tcPr>
            <w:tcW w:w="850" w:type="dxa"/>
          </w:tcPr>
          <w:p w:rsidR="00F3016C" w:rsidRDefault="006A7220">
            <w:r>
              <w:t>83.75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Alibernet neskorý zber barrique</w:t>
            </w:r>
          </w:p>
        </w:tc>
        <w:tc>
          <w:tcPr>
            <w:tcW w:w="709" w:type="dxa"/>
          </w:tcPr>
          <w:p w:rsidR="00F3016C" w:rsidRDefault="006A7220">
            <w:r>
              <w:t>2019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Belá</w:t>
            </w:r>
          </w:p>
        </w:tc>
        <w:tc>
          <w:tcPr>
            <w:tcW w:w="850" w:type="dxa"/>
          </w:tcPr>
          <w:p w:rsidR="00F3016C" w:rsidRDefault="006A7220">
            <w:r>
              <w:t>87.25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Breslava výber z hrozna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Belá</w:t>
            </w:r>
          </w:p>
        </w:tc>
        <w:tc>
          <w:tcPr>
            <w:tcW w:w="850" w:type="dxa"/>
          </w:tcPr>
          <w:p w:rsidR="00F3016C" w:rsidRDefault="006A7220">
            <w:r>
              <w:t>87.0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Riesling neskorý zber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Belá</w:t>
            </w:r>
          </w:p>
        </w:tc>
        <w:tc>
          <w:tcPr>
            <w:tcW w:w="850" w:type="dxa"/>
          </w:tcPr>
          <w:p w:rsidR="00F3016C" w:rsidRDefault="006A7220">
            <w:r>
              <w:t>86.25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Veltlínske zelené neskorý zber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Belá</w:t>
            </w:r>
          </w:p>
        </w:tc>
        <w:tc>
          <w:tcPr>
            <w:tcW w:w="850" w:type="dxa"/>
          </w:tcPr>
          <w:p w:rsidR="00F3016C" w:rsidRDefault="006A7220">
            <w:r>
              <w:t>84.0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Tokaji Aszú 5 puttonyos</w:t>
            </w:r>
          </w:p>
        </w:tc>
        <w:tc>
          <w:tcPr>
            <w:tcW w:w="709" w:type="dxa"/>
          </w:tcPr>
          <w:p w:rsidR="00F3016C" w:rsidRDefault="006A7220">
            <w:r>
              <w:t>2017</w:t>
            </w:r>
          </w:p>
        </w:tc>
        <w:tc>
          <w:tcPr>
            <w:tcW w:w="850" w:type="dxa"/>
          </w:tcPr>
          <w:p w:rsidR="00F3016C" w:rsidRDefault="006A7220">
            <w:r>
              <w:t>LL4</w:t>
            </w:r>
          </w:p>
        </w:tc>
        <w:tc>
          <w:tcPr>
            <w:tcW w:w="2127" w:type="dxa"/>
          </w:tcPr>
          <w:p w:rsidR="00F3016C" w:rsidRDefault="006A7220">
            <w:r>
              <w:t>Bráda</w:t>
            </w:r>
          </w:p>
        </w:tc>
        <w:tc>
          <w:tcPr>
            <w:tcW w:w="850" w:type="dxa"/>
          </w:tcPr>
          <w:p w:rsidR="00F3016C" w:rsidRDefault="006A7220">
            <w:r>
              <w:t>91.25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Rulandské šedé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Čachtice</w:t>
            </w:r>
          </w:p>
        </w:tc>
        <w:tc>
          <w:tcPr>
            <w:tcW w:w="850" w:type="dxa"/>
          </w:tcPr>
          <w:p w:rsidR="00F3016C" w:rsidRDefault="006A7220">
            <w:r>
              <w:t>87.25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Merlot DSC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Čachtice</w:t>
            </w:r>
          </w:p>
        </w:tc>
        <w:tc>
          <w:tcPr>
            <w:tcW w:w="850" w:type="dxa"/>
          </w:tcPr>
          <w:p w:rsidR="00F3016C" w:rsidRDefault="006A7220">
            <w:r>
              <w:t>87.0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Rulandské modré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Čachtice</w:t>
            </w:r>
          </w:p>
        </w:tc>
        <w:tc>
          <w:tcPr>
            <w:tcW w:w="850" w:type="dxa"/>
          </w:tcPr>
          <w:p w:rsidR="00F3016C" w:rsidRDefault="006A7220">
            <w:r>
              <w:t>87.0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Rizling rýnsky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Čachtice</w:t>
            </w:r>
          </w:p>
        </w:tc>
        <w:tc>
          <w:tcPr>
            <w:tcW w:w="850" w:type="dxa"/>
          </w:tcPr>
          <w:p w:rsidR="00F3016C" w:rsidRDefault="006A7220">
            <w:r>
              <w:t>85.0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Rulandské modré DSC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Dudo</w:t>
            </w:r>
          </w:p>
        </w:tc>
        <w:tc>
          <w:tcPr>
            <w:tcW w:w="850" w:type="dxa"/>
          </w:tcPr>
          <w:p w:rsidR="00F3016C" w:rsidRDefault="006A7220">
            <w:r>
              <w:t>90.5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Devín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r>
              <w:t>Dudo</w:t>
            </w:r>
          </w:p>
        </w:tc>
        <w:tc>
          <w:tcPr>
            <w:tcW w:w="850" w:type="dxa"/>
          </w:tcPr>
          <w:p w:rsidR="00F3016C" w:rsidRDefault="006A7220">
            <w:r>
              <w:t>89.5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Rulandské modré rosé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Ro1</w:t>
            </w:r>
          </w:p>
        </w:tc>
        <w:tc>
          <w:tcPr>
            <w:tcW w:w="2127" w:type="dxa"/>
          </w:tcPr>
          <w:p w:rsidR="00F3016C" w:rsidRDefault="006A7220">
            <w:r>
              <w:t>Dudo</w:t>
            </w:r>
          </w:p>
        </w:tc>
        <w:tc>
          <w:tcPr>
            <w:tcW w:w="850" w:type="dxa"/>
          </w:tcPr>
          <w:p w:rsidR="00F3016C" w:rsidRDefault="006A7220">
            <w:r>
              <w:t>89.25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Móže byt DSC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Dudo</w:t>
            </w:r>
          </w:p>
        </w:tc>
        <w:tc>
          <w:tcPr>
            <w:tcW w:w="850" w:type="dxa"/>
          </w:tcPr>
          <w:p w:rsidR="00F3016C" w:rsidRDefault="006A7220">
            <w:r>
              <w:t>89.25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Sauvignon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Dudo</w:t>
            </w:r>
          </w:p>
        </w:tc>
        <w:tc>
          <w:tcPr>
            <w:tcW w:w="850" w:type="dxa"/>
          </w:tcPr>
          <w:p w:rsidR="00F3016C" w:rsidRDefault="006A7220">
            <w:r>
              <w:t>85.25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lastRenderedPageBreak/>
              <w:t>Muškát Ottonel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Dudo</w:t>
            </w:r>
          </w:p>
        </w:tc>
        <w:tc>
          <w:tcPr>
            <w:tcW w:w="850" w:type="dxa"/>
          </w:tcPr>
          <w:p w:rsidR="00F3016C" w:rsidRDefault="006A7220">
            <w:r>
              <w:t>85.25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Tramín červený výber z hrozna</w:t>
            </w:r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>Dvory</w:t>
            </w:r>
          </w:p>
        </w:tc>
        <w:tc>
          <w:tcPr>
            <w:tcW w:w="850" w:type="dxa"/>
          </w:tcPr>
          <w:p w:rsidR="00F3016C" w:rsidRDefault="006A7220">
            <w:r>
              <w:t>90.75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Dunaj neskorý zber</w:t>
            </w:r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Dvory</w:t>
            </w:r>
          </w:p>
        </w:tc>
        <w:tc>
          <w:tcPr>
            <w:tcW w:w="850" w:type="dxa"/>
          </w:tcPr>
          <w:p w:rsidR="00F3016C" w:rsidRDefault="006A7220">
            <w:r>
              <w:t>89.5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Alibernet výber z hrozna</w:t>
            </w:r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Dvory</w:t>
            </w:r>
          </w:p>
        </w:tc>
        <w:tc>
          <w:tcPr>
            <w:tcW w:w="850" w:type="dxa"/>
          </w:tcPr>
          <w:p w:rsidR="00F3016C" w:rsidRDefault="006A7220">
            <w:r>
              <w:t>89.5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Devín bobuľový výber</w:t>
            </w:r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>Dvory</w:t>
            </w:r>
          </w:p>
        </w:tc>
        <w:tc>
          <w:tcPr>
            <w:tcW w:w="850" w:type="dxa"/>
          </w:tcPr>
          <w:p w:rsidR="00F3016C" w:rsidRDefault="006A7220">
            <w:r>
              <w:t>83.5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Rulandské biele neskorý zber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W2</w:t>
            </w:r>
          </w:p>
        </w:tc>
        <w:tc>
          <w:tcPr>
            <w:tcW w:w="2127" w:type="dxa"/>
          </w:tcPr>
          <w:p w:rsidR="00F3016C" w:rsidRDefault="006A7220">
            <w:r>
              <w:t>Golguz</w:t>
            </w:r>
          </w:p>
        </w:tc>
        <w:tc>
          <w:tcPr>
            <w:tcW w:w="850" w:type="dxa"/>
          </w:tcPr>
          <w:p w:rsidR="00F3016C" w:rsidRDefault="006A7220">
            <w:r>
              <w:t>90.75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Pálava hrozienkový výber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NS2</w:t>
            </w:r>
          </w:p>
        </w:tc>
        <w:tc>
          <w:tcPr>
            <w:tcW w:w="2127" w:type="dxa"/>
          </w:tcPr>
          <w:p w:rsidR="00F3016C" w:rsidRDefault="006A7220">
            <w:r>
              <w:t>Golguz</w:t>
            </w:r>
          </w:p>
        </w:tc>
        <w:tc>
          <w:tcPr>
            <w:tcW w:w="850" w:type="dxa"/>
          </w:tcPr>
          <w:p w:rsidR="00F3016C" w:rsidRDefault="006A7220">
            <w:r>
              <w:t>90.5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Pálava </w:t>
            </w:r>
            <w:r w:rsidR="00AA2844">
              <w:t>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>Golguz</w:t>
            </w:r>
          </w:p>
        </w:tc>
        <w:tc>
          <w:tcPr>
            <w:tcW w:w="850" w:type="dxa"/>
          </w:tcPr>
          <w:p w:rsidR="00F3016C" w:rsidRDefault="006A7220">
            <w:r>
              <w:t>87.5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Nitria rosé neskorý zber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Ro3</w:t>
            </w:r>
          </w:p>
        </w:tc>
        <w:tc>
          <w:tcPr>
            <w:tcW w:w="2127" w:type="dxa"/>
          </w:tcPr>
          <w:p w:rsidR="00F3016C" w:rsidRDefault="006A7220">
            <w:r>
              <w:t>Chowaniec</w:t>
            </w:r>
          </w:p>
        </w:tc>
        <w:tc>
          <w:tcPr>
            <w:tcW w:w="850" w:type="dxa"/>
          </w:tcPr>
          <w:p w:rsidR="00F3016C" w:rsidRDefault="006A7220">
            <w:r>
              <w:t>86.75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Merlot 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Chowaniec</w:t>
            </w:r>
          </w:p>
        </w:tc>
        <w:tc>
          <w:tcPr>
            <w:tcW w:w="850" w:type="dxa"/>
          </w:tcPr>
          <w:p w:rsidR="00F3016C" w:rsidRDefault="006A7220">
            <w:r>
              <w:t>85.0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Cuvée Valéria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>Jelemenský</w:t>
            </w:r>
          </w:p>
        </w:tc>
        <w:tc>
          <w:tcPr>
            <w:tcW w:w="850" w:type="dxa"/>
          </w:tcPr>
          <w:p w:rsidR="00F3016C" w:rsidRDefault="006A7220">
            <w:r>
              <w:t>93.0</w:t>
            </w:r>
          </w:p>
        </w:tc>
        <w:tc>
          <w:tcPr>
            <w:tcW w:w="992" w:type="dxa"/>
          </w:tcPr>
          <w:p w:rsidR="00F3016C" w:rsidRDefault="006A7220">
            <w:r>
              <w:t>GGM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Muscaris 2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NS2</w:t>
            </w:r>
          </w:p>
        </w:tc>
        <w:tc>
          <w:tcPr>
            <w:tcW w:w="2127" w:type="dxa"/>
          </w:tcPr>
          <w:p w:rsidR="00F3016C" w:rsidRDefault="006A7220">
            <w:r>
              <w:t>Jelemenský</w:t>
            </w:r>
          </w:p>
        </w:tc>
        <w:tc>
          <w:tcPr>
            <w:tcW w:w="850" w:type="dxa"/>
          </w:tcPr>
          <w:p w:rsidR="00F3016C" w:rsidRDefault="006A7220">
            <w:r>
              <w:t>89.5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Solaris bobuľový výber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Jelemenský</w:t>
            </w:r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Solaris bobuľový výber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>Jelemenský</w:t>
            </w:r>
          </w:p>
        </w:tc>
        <w:tc>
          <w:tcPr>
            <w:tcW w:w="850" w:type="dxa"/>
          </w:tcPr>
          <w:p w:rsidR="00F3016C" w:rsidRDefault="006A7220">
            <w:r>
              <w:t>88.5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Devín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Klimko</w:t>
            </w:r>
          </w:p>
        </w:tc>
        <w:tc>
          <w:tcPr>
            <w:tcW w:w="850" w:type="dxa"/>
          </w:tcPr>
          <w:p w:rsidR="00F3016C" w:rsidRDefault="006A7220">
            <w:r>
              <w:t>85.25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Muscaris 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Klimko</w:t>
            </w:r>
          </w:p>
        </w:tc>
        <w:tc>
          <w:tcPr>
            <w:tcW w:w="850" w:type="dxa"/>
          </w:tcPr>
          <w:p w:rsidR="00F3016C" w:rsidRDefault="006A7220">
            <w:r>
              <w:t>85.25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Tramín červený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>Lesy servis</w:t>
            </w:r>
          </w:p>
        </w:tc>
        <w:tc>
          <w:tcPr>
            <w:tcW w:w="850" w:type="dxa"/>
          </w:tcPr>
          <w:p w:rsidR="00F3016C" w:rsidRDefault="006A7220">
            <w:r>
              <w:t>87.25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Veltlínske zelené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Lesy servis</w:t>
            </w:r>
          </w:p>
        </w:tc>
        <w:tc>
          <w:tcPr>
            <w:tcW w:w="850" w:type="dxa"/>
          </w:tcPr>
          <w:p w:rsidR="00F3016C" w:rsidRDefault="006A7220">
            <w:r>
              <w:t>87.0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Cabernet Sauvignon neskorý zber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Levice</w:t>
            </w:r>
          </w:p>
        </w:tc>
        <w:tc>
          <w:tcPr>
            <w:tcW w:w="850" w:type="dxa"/>
          </w:tcPr>
          <w:p w:rsidR="00F3016C" w:rsidRDefault="006A7220">
            <w:r>
              <w:t>88.0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Hron výber z hrozna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Levice</w:t>
            </w:r>
          </w:p>
        </w:tc>
        <w:tc>
          <w:tcPr>
            <w:tcW w:w="850" w:type="dxa"/>
          </w:tcPr>
          <w:p w:rsidR="00F3016C" w:rsidRDefault="006A7220">
            <w:r>
              <w:t>87.0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Alibernet výber z hrozna</w:t>
            </w:r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Levice</w:t>
            </w:r>
          </w:p>
        </w:tc>
        <w:tc>
          <w:tcPr>
            <w:tcW w:w="850" w:type="dxa"/>
          </w:tcPr>
          <w:p w:rsidR="00F3016C" w:rsidRDefault="006A7220">
            <w:r>
              <w:t>85.75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Dunaj neskorý zber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Levice</w:t>
            </w:r>
          </w:p>
        </w:tc>
        <w:tc>
          <w:tcPr>
            <w:tcW w:w="850" w:type="dxa"/>
          </w:tcPr>
          <w:p w:rsidR="00F3016C" w:rsidRDefault="006A7220">
            <w:r>
              <w:t>85.5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Frankovka modrá DSC</w:t>
            </w:r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Malík</w:t>
            </w:r>
          </w:p>
        </w:tc>
        <w:tc>
          <w:tcPr>
            <w:tcW w:w="850" w:type="dxa"/>
          </w:tcPr>
          <w:p w:rsidR="00F3016C" w:rsidRDefault="006A7220">
            <w:r>
              <w:t>90.0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Petit Sahral</w:t>
            </w:r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Malík</w:t>
            </w:r>
          </w:p>
        </w:tc>
        <w:tc>
          <w:tcPr>
            <w:tcW w:w="850" w:type="dxa"/>
          </w:tcPr>
          <w:p w:rsidR="00F3016C" w:rsidRDefault="006A7220">
            <w:r>
              <w:t>87.0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Váh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Masaryk</w:t>
            </w:r>
          </w:p>
        </w:tc>
        <w:tc>
          <w:tcPr>
            <w:tcW w:w="850" w:type="dxa"/>
          </w:tcPr>
          <w:p w:rsidR="00F3016C" w:rsidRDefault="006A7220">
            <w:r>
              <w:t>88.0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Hetera bobuľový výber</w:t>
            </w:r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War4</w:t>
            </w:r>
          </w:p>
        </w:tc>
        <w:tc>
          <w:tcPr>
            <w:tcW w:w="2127" w:type="dxa"/>
          </w:tcPr>
          <w:p w:rsidR="00F3016C" w:rsidRDefault="006A7220">
            <w:r>
              <w:t>Masaryk</w:t>
            </w:r>
          </w:p>
        </w:tc>
        <w:tc>
          <w:tcPr>
            <w:tcW w:w="850" w:type="dxa"/>
          </w:tcPr>
          <w:p w:rsidR="00F3016C" w:rsidRDefault="006A7220">
            <w:r>
              <w:t>88.0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Bonitas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W3</w:t>
            </w:r>
          </w:p>
        </w:tc>
        <w:tc>
          <w:tcPr>
            <w:tcW w:w="2127" w:type="dxa"/>
          </w:tcPr>
          <w:p w:rsidR="00F3016C" w:rsidRDefault="006A7220">
            <w:r>
              <w:t>Mea Grati</w:t>
            </w:r>
          </w:p>
        </w:tc>
        <w:tc>
          <w:tcPr>
            <w:tcW w:w="850" w:type="dxa"/>
          </w:tcPr>
          <w:p w:rsidR="00F3016C" w:rsidRDefault="006A7220">
            <w:r>
              <w:t>89.75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MerSy</w:t>
            </w:r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Mea Grati</w:t>
            </w:r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Agapé rosé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Ro2</w:t>
            </w:r>
          </w:p>
        </w:tc>
        <w:tc>
          <w:tcPr>
            <w:tcW w:w="2127" w:type="dxa"/>
          </w:tcPr>
          <w:p w:rsidR="00F3016C" w:rsidRDefault="006A7220">
            <w:r>
              <w:t>Mea Grati</w:t>
            </w:r>
          </w:p>
        </w:tc>
        <w:tc>
          <w:tcPr>
            <w:tcW w:w="850" w:type="dxa"/>
          </w:tcPr>
          <w:p w:rsidR="00F3016C" w:rsidRDefault="006A7220">
            <w:r>
              <w:t>88.25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Muškát žltý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Mea Grati</w:t>
            </w:r>
          </w:p>
        </w:tc>
        <w:tc>
          <w:tcPr>
            <w:tcW w:w="850" w:type="dxa"/>
          </w:tcPr>
          <w:p w:rsidR="00F3016C" w:rsidRDefault="006A7220">
            <w:r>
              <w:t>84.25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Muškát žltý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>Mea Grati</w:t>
            </w:r>
          </w:p>
        </w:tc>
        <w:tc>
          <w:tcPr>
            <w:tcW w:w="850" w:type="dxa"/>
          </w:tcPr>
          <w:p w:rsidR="00F3016C" w:rsidRDefault="006A7220">
            <w:r>
              <w:t>84.0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Pinot gris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W2</w:t>
            </w:r>
          </w:p>
        </w:tc>
        <w:tc>
          <w:tcPr>
            <w:tcW w:w="2127" w:type="dxa"/>
          </w:tcPr>
          <w:p w:rsidR="00F3016C" w:rsidRDefault="006A7220">
            <w:r>
              <w:t>Mea Grati</w:t>
            </w:r>
          </w:p>
        </w:tc>
        <w:tc>
          <w:tcPr>
            <w:tcW w:w="850" w:type="dxa"/>
          </w:tcPr>
          <w:p w:rsidR="00F3016C" w:rsidRDefault="006A7220">
            <w:r>
              <w:t>83.25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Chardonnay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Mojmírovce</w:t>
            </w:r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Freee frizzante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PW1</w:t>
            </w:r>
          </w:p>
        </w:tc>
        <w:tc>
          <w:tcPr>
            <w:tcW w:w="2127" w:type="dxa"/>
          </w:tcPr>
          <w:p w:rsidR="00F3016C" w:rsidRDefault="006A7220">
            <w:r>
              <w:t>Mojmírovce</w:t>
            </w:r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Dunaj DSC</w:t>
            </w:r>
          </w:p>
        </w:tc>
        <w:tc>
          <w:tcPr>
            <w:tcW w:w="709" w:type="dxa"/>
          </w:tcPr>
          <w:p w:rsidR="00F3016C" w:rsidRDefault="006A7220">
            <w:r>
              <w:t>2022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Mojmírovce</w:t>
            </w:r>
          </w:p>
        </w:tc>
        <w:tc>
          <w:tcPr>
            <w:tcW w:w="850" w:type="dxa"/>
          </w:tcPr>
          <w:p w:rsidR="00F3016C" w:rsidRDefault="006A7220">
            <w:r>
              <w:t>86.75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Tramínik DSC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>Mojmírovce</w:t>
            </w:r>
          </w:p>
        </w:tc>
        <w:tc>
          <w:tcPr>
            <w:tcW w:w="850" w:type="dxa"/>
          </w:tcPr>
          <w:p w:rsidR="00F3016C" w:rsidRDefault="006A7220">
            <w:r>
              <w:t>86.25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Noria bobuľový výber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W3</w:t>
            </w:r>
          </w:p>
        </w:tc>
        <w:tc>
          <w:tcPr>
            <w:tcW w:w="2127" w:type="dxa"/>
          </w:tcPr>
          <w:p w:rsidR="00F3016C" w:rsidRDefault="006A7220">
            <w:r>
              <w:t>Movino</w:t>
            </w:r>
          </w:p>
        </w:tc>
        <w:tc>
          <w:tcPr>
            <w:tcW w:w="850" w:type="dxa"/>
          </w:tcPr>
          <w:p w:rsidR="00F3016C" w:rsidRDefault="006A7220">
            <w:r>
              <w:t>90.5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Rizling rýnsky hrozienkový výber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NS1</w:t>
            </w:r>
          </w:p>
        </w:tc>
        <w:tc>
          <w:tcPr>
            <w:tcW w:w="2127" w:type="dxa"/>
          </w:tcPr>
          <w:p w:rsidR="00F3016C" w:rsidRDefault="006A7220">
            <w:r>
              <w:t>Movino</w:t>
            </w:r>
          </w:p>
        </w:tc>
        <w:tc>
          <w:tcPr>
            <w:tcW w:w="850" w:type="dxa"/>
          </w:tcPr>
          <w:p w:rsidR="00F3016C" w:rsidRDefault="006A7220">
            <w:r>
              <w:t>89.75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Dunaj hrozienkový výber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NS1</w:t>
            </w:r>
          </w:p>
        </w:tc>
        <w:tc>
          <w:tcPr>
            <w:tcW w:w="2127" w:type="dxa"/>
          </w:tcPr>
          <w:p w:rsidR="00F3016C" w:rsidRDefault="006A7220">
            <w:r>
              <w:t>Movino</w:t>
            </w:r>
          </w:p>
        </w:tc>
        <w:tc>
          <w:tcPr>
            <w:tcW w:w="850" w:type="dxa"/>
          </w:tcPr>
          <w:p w:rsidR="00F3016C" w:rsidRDefault="006A7220">
            <w:r>
              <w:t>89.75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Muscat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>Movino</w:t>
            </w:r>
          </w:p>
        </w:tc>
        <w:tc>
          <w:tcPr>
            <w:tcW w:w="850" w:type="dxa"/>
          </w:tcPr>
          <w:p w:rsidR="00F3016C" w:rsidRDefault="006A7220">
            <w:r>
              <w:t>89.75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Chardonnay hrozienkový výber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NS1</w:t>
            </w:r>
          </w:p>
        </w:tc>
        <w:tc>
          <w:tcPr>
            <w:tcW w:w="2127" w:type="dxa"/>
          </w:tcPr>
          <w:p w:rsidR="00F3016C" w:rsidRDefault="006A7220">
            <w:r>
              <w:t>Movino</w:t>
            </w:r>
          </w:p>
        </w:tc>
        <w:tc>
          <w:tcPr>
            <w:tcW w:w="850" w:type="dxa"/>
          </w:tcPr>
          <w:p w:rsidR="00F3016C" w:rsidRDefault="006A7220">
            <w:r>
              <w:t>89.5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Noria hrozienkový výber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NS1</w:t>
            </w:r>
          </w:p>
        </w:tc>
        <w:tc>
          <w:tcPr>
            <w:tcW w:w="2127" w:type="dxa"/>
          </w:tcPr>
          <w:p w:rsidR="00F3016C" w:rsidRDefault="006A7220">
            <w:r>
              <w:t>Movino</w:t>
            </w:r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Pálava DSC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Movino</w:t>
            </w:r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Sauvignon neskorý zber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r>
              <w:t>Movino</w:t>
            </w:r>
          </w:p>
        </w:tc>
        <w:tc>
          <w:tcPr>
            <w:tcW w:w="850" w:type="dxa"/>
          </w:tcPr>
          <w:p w:rsidR="00F3016C" w:rsidRDefault="006A7220">
            <w:r>
              <w:t>88.5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Tramín červený výber z hrozna</w:t>
            </w:r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Movino</w:t>
            </w:r>
          </w:p>
        </w:tc>
        <w:tc>
          <w:tcPr>
            <w:tcW w:w="850" w:type="dxa"/>
          </w:tcPr>
          <w:p w:rsidR="00F3016C" w:rsidRDefault="006A7220">
            <w:r>
              <w:t>86.5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Dunaj DSC</w:t>
            </w:r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Mrva</w:t>
            </w:r>
          </w:p>
        </w:tc>
        <w:tc>
          <w:tcPr>
            <w:tcW w:w="850" w:type="dxa"/>
          </w:tcPr>
          <w:p w:rsidR="00F3016C" w:rsidRDefault="006A7220">
            <w:r>
              <w:t>90.0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WMC Veltlínske zelené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Mrva</w:t>
            </w:r>
          </w:p>
        </w:tc>
        <w:tc>
          <w:tcPr>
            <w:tcW w:w="850" w:type="dxa"/>
          </w:tcPr>
          <w:p w:rsidR="00F3016C" w:rsidRDefault="006A7220">
            <w:r>
              <w:t>88.25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Sauvignon Kryo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Mrva</w:t>
            </w:r>
          </w:p>
        </w:tc>
        <w:tc>
          <w:tcPr>
            <w:tcW w:w="850" w:type="dxa"/>
          </w:tcPr>
          <w:p w:rsidR="00F3016C" w:rsidRDefault="006A7220">
            <w:r>
              <w:t>87.25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lastRenderedPageBreak/>
              <w:t>Pinot gris Pink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O1</w:t>
            </w:r>
          </w:p>
        </w:tc>
        <w:tc>
          <w:tcPr>
            <w:tcW w:w="2127" w:type="dxa"/>
          </w:tcPr>
          <w:p w:rsidR="00F3016C" w:rsidRDefault="006A7220">
            <w:r>
              <w:t>Mrva</w:t>
            </w:r>
          </w:p>
        </w:tc>
        <w:tc>
          <w:tcPr>
            <w:tcW w:w="850" w:type="dxa"/>
          </w:tcPr>
          <w:p w:rsidR="00F3016C" w:rsidRDefault="006A7220">
            <w:r>
              <w:t>81.75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Sauvignon výber z hrozna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War4</w:t>
            </w:r>
          </w:p>
        </w:tc>
        <w:tc>
          <w:tcPr>
            <w:tcW w:w="2127" w:type="dxa"/>
          </w:tcPr>
          <w:p w:rsidR="00F3016C" w:rsidRDefault="006A7220">
            <w:r>
              <w:t>Orechová</w:t>
            </w:r>
          </w:p>
        </w:tc>
        <w:tc>
          <w:tcPr>
            <w:tcW w:w="850" w:type="dxa"/>
          </w:tcPr>
          <w:p w:rsidR="00F3016C" w:rsidRDefault="006A7220">
            <w:r>
              <w:t>90.25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Dunaj výber z hrozna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R2</w:t>
            </w:r>
          </w:p>
        </w:tc>
        <w:tc>
          <w:tcPr>
            <w:tcW w:w="2127" w:type="dxa"/>
          </w:tcPr>
          <w:p w:rsidR="00F3016C" w:rsidRDefault="006A7220">
            <w:r>
              <w:t>Orechová</w:t>
            </w:r>
          </w:p>
        </w:tc>
        <w:tc>
          <w:tcPr>
            <w:tcW w:w="850" w:type="dxa"/>
          </w:tcPr>
          <w:p w:rsidR="00F3016C" w:rsidRDefault="006A7220">
            <w:r>
              <w:t>90.25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Dunaj hrozienkový výber</w:t>
            </w:r>
          </w:p>
        </w:tc>
        <w:tc>
          <w:tcPr>
            <w:tcW w:w="709" w:type="dxa"/>
          </w:tcPr>
          <w:p w:rsidR="00F3016C" w:rsidRDefault="006A7220">
            <w:r>
              <w:t>2021</w:t>
            </w:r>
          </w:p>
        </w:tc>
        <w:tc>
          <w:tcPr>
            <w:tcW w:w="850" w:type="dxa"/>
          </w:tcPr>
          <w:p w:rsidR="00F3016C" w:rsidRDefault="006A7220">
            <w:r>
              <w:t>NS1</w:t>
            </w:r>
          </w:p>
        </w:tc>
        <w:tc>
          <w:tcPr>
            <w:tcW w:w="2127" w:type="dxa"/>
          </w:tcPr>
          <w:p w:rsidR="00F3016C" w:rsidRDefault="006A7220">
            <w:r>
              <w:t>Orechová</w:t>
            </w:r>
          </w:p>
        </w:tc>
        <w:tc>
          <w:tcPr>
            <w:tcW w:w="850" w:type="dxa"/>
          </w:tcPr>
          <w:p w:rsidR="00F3016C" w:rsidRDefault="006A7220">
            <w:r>
              <w:t>89.25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Muškát moravský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r>
              <w:t>Orechová</w:t>
            </w:r>
          </w:p>
        </w:tc>
        <w:tc>
          <w:tcPr>
            <w:tcW w:w="850" w:type="dxa"/>
          </w:tcPr>
          <w:p w:rsidR="00F3016C" w:rsidRDefault="006A7220">
            <w:r>
              <w:t>87.5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Sauvignon výber z hrozna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Orechová</w:t>
            </w:r>
          </w:p>
        </w:tc>
        <w:tc>
          <w:tcPr>
            <w:tcW w:w="850" w:type="dxa"/>
          </w:tcPr>
          <w:p w:rsidR="00F3016C" w:rsidRDefault="006A7220">
            <w:r>
              <w:t>86.25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Muškát žltý výber z hrozna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>Ostrožovič</w:t>
            </w:r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Lipovina bobuľový výber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W4</w:t>
            </w:r>
          </w:p>
        </w:tc>
        <w:tc>
          <w:tcPr>
            <w:tcW w:w="2127" w:type="dxa"/>
          </w:tcPr>
          <w:p w:rsidR="00F3016C" w:rsidRDefault="006A7220">
            <w:r>
              <w:t>Ostrožovič</w:t>
            </w:r>
          </w:p>
        </w:tc>
        <w:tc>
          <w:tcPr>
            <w:tcW w:w="850" w:type="dxa"/>
          </w:tcPr>
          <w:p w:rsidR="00F3016C" w:rsidRDefault="006A7220">
            <w:r>
              <w:t>86.75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Muškát žltý bobuľový výber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War4</w:t>
            </w:r>
          </w:p>
        </w:tc>
        <w:tc>
          <w:tcPr>
            <w:tcW w:w="2127" w:type="dxa"/>
          </w:tcPr>
          <w:p w:rsidR="00F3016C" w:rsidRDefault="006A7220">
            <w:r>
              <w:t>Ostrožovič</w:t>
            </w:r>
          </w:p>
        </w:tc>
        <w:tc>
          <w:tcPr>
            <w:tcW w:w="850" w:type="dxa"/>
          </w:tcPr>
          <w:p w:rsidR="00F3016C" w:rsidRDefault="006A7220">
            <w:r>
              <w:t>86.0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Furmint bobuľový výber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W4</w:t>
            </w:r>
          </w:p>
        </w:tc>
        <w:tc>
          <w:tcPr>
            <w:tcW w:w="2127" w:type="dxa"/>
          </w:tcPr>
          <w:p w:rsidR="00F3016C" w:rsidRDefault="006A7220">
            <w:r>
              <w:t>Ostrožovič</w:t>
            </w:r>
          </w:p>
        </w:tc>
        <w:tc>
          <w:tcPr>
            <w:tcW w:w="850" w:type="dxa"/>
          </w:tcPr>
          <w:p w:rsidR="00F3016C" w:rsidRDefault="006A7220">
            <w:r>
              <w:t>82.25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Sauvignon blanc kabinet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Pegas</w:t>
            </w:r>
          </w:p>
        </w:tc>
        <w:tc>
          <w:tcPr>
            <w:tcW w:w="850" w:type="dxa"/>
          </w:tcPr>
          <w:p w:rsidR="00F3016C" w:rsidRDefault="006A7220">
            <w:r>
              <w:t>89.75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Rulandské šedé neskorý zber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Pegas</w:t>
            </w:r>
          </w:p>
        </w:tc>
        <w:tc>
          <w:tcPr>
            <w:tcW w:w="850" w:type="dxa"/>
          </w:tcPr>
          <w:p w:rsidR="00F3016C" w:rsidRDefault="006A7220">
            <w:r>
              <w:t>89.25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Pálava výber z hrozna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War4</w:t>
            </w:r>
          </w:p>
        </w:tc>
        <w:tc>
          <w:tcPr>
            <w:tcW w:w="2127" w:type="dxa"/>
          </w:tcPr>
          <w:p w:rsidR="00F3016C" w:rsidRDefault="006A7220">
            <w:r>
              <w:t>Pegas</w:t>
            </w:r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Tramín červený neskorý zber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r>
              <w:t>Pegas</w:t>
            </w:r>
          </w:p>
        </w:tc>
        <w:tc>
          <w:tcPr>
            <w:tcW w:w="850" w:type="dxa"/>
          </w:tcPr>
          <w:p w:rsidR="00F3016C" w:rsidRDefault="006A7220">
            <w:r>
              <w:t>88.0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Pinot noir rosé výber z hrozna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Ro2</w:t>
            </w:r>
          </w:p>
        </w:tc>
        <w:tc>
          <w:tcPr>
            <w:tcW w:w="2127" w:type="dxa"/>
          </w:tcPr>
          <w:p w:rsidR="00F3016C" w:rsidRDefault="006A7220">
            <w:r>
              <w:t>Pegas</w:t>
            </w:r>
          </w:p>
        </w:tc>
        <w:tc>
          <w:tcPr>
            <w:tcW w:w="850" w:type="dxa"/>
          </w:tcPr>
          <w:p w:rsidR="00F3016C" w:rsidRDefault="006A7220">
            <w:r>
              <w:t>86.75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Rizling rýnsky kabinet 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Pegas</w:t>
            </w:r>
          </w:p>
        </w:tc>
        <w:tc>
          <w:tcPr>
            <w:tcW w:w="850" w:type="dxa"/>
          </w:tcPr>
          <w:p w:rsidR="00F3016C" w:rsidRDefault="006A7220">
            <w:r>
              <w:t>86.0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Sauvignon</w:t>
            </w:r>
          </w:p>
        </w:tc>
        <w:tc>
          <w:tcPr>
            <w:tcW w:w="709" w:type="dxa"/>
          </w:tcPr>
          <w:p w:rsidR="00F3016C" w:rsidRDefault="006A7220">
            <w:r>
              <w:t>2016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Plodoovoč</w:t>
            </w:r>
          </w:p>
        </w:tc>
        <w:tc>
          <w:tcPr>
            <w:tcW w:w="850" w:type="dxa"/>
          </w:tcPr>
          <w:p w:rsidR="00F3016C" w:rsidRDefault="006A7220">
            <w:r>
              <w:t>89.25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Veltlínske zelené neskorý zber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W2</w:t>
            </w:r>
          </w:p>
        </w:tc>
        <w:tc>
          <w:tcPr>
            <w:tcW w:w="2127" w:type="dxa"/>
          </w:tcPr>
          <w:p w:rsidR="00F3016C" w:rsidRDefault="006A7220">
            <w:r>
              <w:t>Podola</w:t>
            </w:r>
          </w:p>
        </w:tc>
        <w:tc>
          <w:tcPr>
            <w:tcW w:w="850" w:type="dxa"/>
          </w:tcPr>
          <w:p w:rsidR="00F3016C" w:rsidRDefault="006A7220">
            <w:r>
              <w:t>87.0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Pálava bobuľový výber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War4</w:t>
            </w:r>
          </w:p>
        </w:tc>
        <w:tc>
          <w:tcPr>
            <w:tcW w:w="2127" w:type="dxa"/>
          </w:tcPr>
          <w:p w:rsidR="00F3016C" w:rsidRDefault="006A7220">
            <w:r>
              <w:t>Podola</w:t>
            </w:r>
          </w:p>
        </w:tc>
        <w:tc>
          <w:tcPr>
            <w:tcW w:w="850" w:type="dxa"/>
          </w:tcPr>
          <w:p w:rsidR="00F3016C" w:rsidRDefault="006A7220">
            <w:r>
              <w:t>86.5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Sauvignon neskorý zber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r>
              <w:t>Podola</w:t>
            </w:r>
          </w:p>
        </w:tc>
        <w:tc>
          <w:tcPr>
            <w:tcW w:w="850" w:type="dxa"/>
          </w:tcPr>
          <w:p w:rsidR="00F3016C" w:rsidRDefault="006A7220">
            <w:r>
              <w:t>86.5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 w:rsidP="00E151FA">
            <w:r>
              <w:t xml:space="preserve">Cabernet Sauvignon rosé </w:t>
            </w:r>
            <w:proofErr w:type="spellStart"/>
            <w:r>
              <w:t>výber</w:t>
            </w:r>
            <w:proofErr w:type="spellEnd"/>
            <w:r>
              <w:t xml:space="preserve"> z </w:t>
            </w:r>
            <w:proofErr w:type="spellStart"/>
            <w:r w:rsidR="00E151FA">
              <w:t>h</w:t>
            </w:r>
            <w:r>
              <w:t>rozna</w:t>
            </w:r>
            <w:proofErr w:type="spellEnd"/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Ro4</w:t>
            </w:r>
          </w:p>
        </w:tc>
        <w:tc>
          <w:tcPr>
            <w:tcW w:w="2127" w:type="dxa"/>
          </w:tcPr>
          <w:p w:rsidR="00F3016C" w:rsidRDefault="006A7220">
            <w:r>
              <w:t>Podola</w:t>
            </w:r>
          </w:p>
        </w:tc>
        <w:tc>
          <w:tcPr>
            <w:tcW w:w="850" w:type="dxa"/>
          </w:tcPr>
          <w:p w:rsidR="00F3016C" w:rsidRDefault="006A7220">
            <w:r>
              <w:t>76.5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Pálava neskorý zber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>Predium Vráble</w:t>
            </w:r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Rulandské šedé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Predium Vráble</w:t>
            </w:r>
          </w:p>
        </w:tc>
        <w:tc>
          <w:tcPr>
            <w:tcW w:w="850" w:type="dxa"/>
          </w:tcPr>
          <w:p w:rsidR="00F3016C" w:rsidRDefault="006A7220">
            <w:r>
              <w:t>86.25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Semillon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Predium Vráble</w:t>
            </w:r>
          </w:p>
        </w:tc>
        <w:tc>
          <w:tcPr>
            <w:tcW w:w="850" w:type="dxa"/>
          </w:tcPr>
          <w:p w:rsidR="00F3016C" w:rsidRDefault="006A7220">
            <w:r>
              <w:t>85.5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Sauvignon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Predium Vráble</w:t>
            </w:r>
          </w:p>
        </w:tc>
        <w:tc>
          <w:tcPr>
            <w:tcW w:w="850" w:type="dxa"/>
          </w:tcPr>
          <w:p w:rsidR="00F3016C" w:rsidRDefault="006A7220">
            <w:r>
              <w:t>84.0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Dunaj neskorý zber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Shebo</w:t>
            </w:r>
            <w:proofErr w:type="spellEnd"/>
            <w:r w:rsidR="00161086">
              <w:t xml:space="preserve"> Winery</w:t>
            </w:r>
          </w:p>
        </w:tc>
        <w:tc>
          <w:tcPr>
            <w:tcW w:w="850" w:type="dxa"/>
          </w:tcPr>
          <w:p w:rsidR="00F3016C" w:rsidRDefault="006A7220">
            <w:r>
              <w:t>88.0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Hron neskorý zber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Shebo</w:t>
            </w:r>
            <w:proofErr w:type="spellEnd"/>
            <w:r w:rsidR="00161086">
              <w:t xml:space="preserve"> Winery</w:t>
            </w:r>
          </w:p>
        </w:tc>
        <w:tc>
          <w:tcPr>
            <w:tcW w:w="850" w:type="dxa"/>
          </w:tcPr>
          <w:p w:rsidR="00F3016C" w:rsidRDefault="006A7220">
            <w:r>
              <w:t>86.75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Chardonnay výber z hrozna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proofErr w:type="spellStart"/>
            <w:r>
              <w:t>Shebo</w:t>
            </w:r>
            <w:proofErr w:type="spellEnd"/>
            <w:r w:rsidR="00161086">
              <w:t xml:space="preserve"> Winery</w:t>
            </w:r>
          </w:p>
        </w:tc>
        <w:tc>
          <w:tcPr>
            <w:tcW w:w="850" w:type="dxa"/>
          </w:tcPr>
          <w:p w:rsidR="00F3016C" w:rsidRDefault="006A7220">
            <w:r>
              <w:t>84.0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Cabernet Sauvignon rosé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Ro2</w:t>
            </w:r>
          </w:p>
        </w:tc>
        <w:tc>
          <w:tcPr>
            <w:tcW w:w="2127" w:type="dxa"/>
          </w:tcPr>
          <w:p w:rsidR="00F3016C" w:rsidRDefault="006A7220">
            <w:r>
              <w:t>Shebo Winery</w:t>
            </w:r>
          </w:p>
        </w:tc>
        <w:tc>
          <w:tcPr>
            <w:tcW w:w="850" w:type="dxa"/>
          </w:tcPr>
          <w:p w:rsidR="00F3016C" w:rsidRDefault="006A7220">
            <w:r>
              <w:t>86.5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Rulandské šedé neskorý zber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Shebo Winery</w:t>
            </w:r>
          </w:p>
        </w:tc>
        <w:tc>
          <w:tcPr>
            <w:tcW w:w="850" w:type="dxa"/>
          </w:tcPr>
          <w:p w:rsidR="00F3016C" w:rsidRDefault="006A7220">
            <w:r>
              <w:t>85.5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Sauvignon blanc neskorý zber</w:t>
            </w:r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Shebo Winery</w:t>
            </w:r>
          </w:p>
        </w:tc>
        <w:tc>
          <w:tcPr>
            <w:tcW w:w="850" w:type="dxa"/>
          </w:tcPr>
          <w:p w:rsidR="00F3016C" w:rsidRDefault="006A7220">
            <w:r>
              <w:t>85.5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Rizling rýnsky neskorý zber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Shebo Winery</w:t>
            </w:r>
          </w:p>
        </w:tc>
        <w:tc>
          <w:tcPr>
            <w:tcW w:w="850" w:type="dxa"/>
          </w:tcPr>
          <w:p w:rsidR="00F3016C" w:rsidRDefault="006A7220">
            <w:r>
              <w:t>85.0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Dunaj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Slovenské vinice</w:t>
            </w:r>
          </w:p>
        </w:tc>
        <w:tc>
          <w:tcPr>
            <w:tcW w:w="850" w:type="dxa"/>
          </w:tcPr>
          <w:p w:rsidR="00F3016C" w:rsidRDefault="006A7220">
            <w:r>
              <w:t>89.25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Cabernet Sauvignon  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Slovenské vinice</w:t>
            </w:r>
          </w:p>
        </w:tc>
        <w:tc>
          <w:tcPr>
            <w:tcW w:w="850" w:type="dxa"/>
          </w:tcPr>
          <w:p w:rsidR="00F3016C" w:rsidRDefault="006A7220">
            <w:r>
              <w:t>88.0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Cabernet franc 36</w:t>
            </w:r>
          </w:p>
        </w:tc>
        <w:tc>
          <w:tcPr>
            <w:tcW w:w="709" w:type="dxa"/>
          </w:tcPr>
          <w:p w:rsidR="00F3016C" w:rsidRDefault="006A7220">
            <w:r>
              <w:t>2019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Terra Wylak</w:t>
            </w:r>
          </w:p>
        </w:tc>
        <w:tc>
          <w:tcPr>
            <w:tcW w:w="850" w:type="dxa"/>
          </w:tcPr>
          <w:p w:rsidR="00F3016C" w:rsidRDefault="006A7220">
            <w:r>
              <w:t>90.5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Dunaj 48</w:t>
            </w:r>
          </w:p>
        </w:tc>
        <w:tc>
          <w:tcPr>
            <w:tcW w:w="709" w:type="dxa"/>
          </w:tcPr>
          <w:p w:rsidR="00F3016C" w:rsidRDefault="006A7220">
            <w:r>
              <w:t>2019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Terra Wylak</w:t>
            </w:r>
          </w:p>
        </w:tc>
        <w:tc>
          <w:tcPr>
            <w:tcW w:w="850" w:type="dxa"/>
          </w:tcPr>
          <w:p w:rsidR="00F3016C" w:rsidRDefault="006A7220">
            <w:r>
              <w:t>90.25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Cabernet Sauvignon 48</w:t>
            </w:r>
          </w:p>
        </w:tc>
        <w:tc>
          <w:tcPr>
            <w:tcW w:w="709" w:type="dxa"/>
          </w:tcPr>
          <w:p w:rsidR="00F3016C" w:rsidRDefault="006A7220">
            <w:r>
              <w:t>2019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Terra Wylak</w:t>
            </w:r>
          </w:p>
        </w:tc>
        <w:tc>
          <w:tcPr>
            <w:tcW w:w="850" w:type="dxa"/>
          </w:tcPr>
          <w:p w:rsidR="00F3016C" w:rsidRDefault="006A7220">
            <w:r>
              <w:t>90.0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Pálava DSC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>Terra Wylak</w:t>
            </w:r>
          </w:p>
        </w:tc>
        <w:tc>
          <w:tcPr>
            <w:tcW w:w="850" w:type="dxa"/>
          </w:tcPr>
          <w:p w:rsidR="00F3016C" w:rsidRDefault="006A7220">
            <w:r>
              <w:t>85.25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Tokajská výberová esencia</w:t>
            </w:r>
          </w:p>
        </w:tc>
        <w:tc>
          <w:tcPr>
            <w:tcW w:w="709" w:type="dxa"/>
          </w:tcPr>
          <w:p w:rsidR="00F3016C" w:rsidRDefault="006A7220">
            <w:r>
              <w:t>2009</w:t>
            </w:r>
          </w:p>
        </w:tc>
        <w:tc>
          <w:tcPr>
            <w:tcW w:w="850" w:type="dxa"/>
          </w:tcPr>
          <w:p w:rsidR="00F3016C" w:rsidRDefault="006A7220">
            <w:r>
              <w:t>LL4</w:t>
            </w:r>
          </w:p>
        </w:tc>
        <w:tc>
          <w:tcPr>
            <w:tcW w:w="2127" w:type="dxa"/>
          </w:tcPr>
          <w:p w:rsidR="00F3016C" w:rsidRDefault="006A7220">
            <w:r>
              <w:t>Tokaj&amp;Co</w:t>
            </w:r>
          </w:p>
        </w:tc>
        <w:tc>
          <w:tcPr>
            <w:tcW w:w="850" w:type="dxa"/>
          </w:tcPr>
          <w:p w:rsidR="00F3016C" w:rsidRDefault="006A7220">
            <w:r>
              <w:t>95.0</w:t>
            </w:r>
          </w:p>
        </w:tc>
        <w:tc>
          <w:tcPr>
            <w:tcW w:w="992" w:type="dxa"/>
          </w:tcPr>
          <w:p w:rsidR="00F3016C" w:rsidRDefault="006A7220">
            <w:r>
              <w:t>GGM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Tokaj 4 putňový</w:t>
            </w:r>
          </w:p>
        </w:tc>
        <w:tc>
          <w:tcPr>
            <w:tcW w:w="709" w:type="dxa"/>
          </w:tcPr>
          <w:p w:rsidR="00F3016C" w:rsidRDefault="006A7220">
            <w:r>
              <w:t>2018</w:t>
            </w:r>
          </w:p>
        </w:tc>
        <w:tc>
          <w:tcPr>
            <w:tcW w:w="850" w:type="dxa"/>
          </w:tcPr>
          <w:p w:rsidR="00F3016C" w:rsidRDefault="006A7220">
            <w:r>
              <w:t>LL4</w:t>
            </w:r>
          </w:p>
        </w:tc>
        <w:tc>
          <w:tcPr>
            <w:tcW w:w="2127" w:type="dxa"/>
          </w:tcPr>
          <w:p w:rsidR="00F3016C" w:rsidRDefault="006A7220">
            <w:r>
              <w:t>Tokaj&amp;Co</w:t>
            </w:r>
          </w:p>
        </w:tc>
        <w:tc>
          <w:tcPr>
            <w:tcW w:w="850" w:type="dxa"/>
          </w:tcPr>
          <w:p w:rsidR="00F3016C" w:rsidRDefault="006A7220">
            <w:r>
              <w:t>93.75</w:t>
            </w:r>
          </w:p>
        </w:tc>
        <w:tc>
          <w:tcPr>
            <w:tcW w:w="992" w:type="dxa"/>
          </w:tcPr>
          <w:p w:rsidR="00F3016C" w:rsidRDefault="006A7220">
            <w:r>
              <w:t>GGM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Tokaj 5 putňový</w:t>
            </w:r>
          </w:p>
        </w:tc>
        <w:tc>
          <w:tcPr>
            <w:tcW w:w="709" w:type="dxa"/>
          </w:tcPr>
          <w:p w:rsidR="00F3016C" w:rsidRDefault="006A7220">
            <w:r>
              <w:t>2007</w:t>
            </w:r>
          </w:p>
        </w:tc>
        <w:tc>
          <w:tcPr>
            <w:tcW w:w="850" w:type="dxa"/>
          </w:tcPr>
          <w:p w:rsidR="00F3016C" w:rsidRDefault="006A7220">
            <w:r>
              <w:t>LL4</w:t>
            </w:r>
          </w:p>
        </w:tc>
        <w:tc>
          <w:tcPr>
            <w:tcW w:w="2127" w:type="dxa"/>
          </w:tcPr>
          <w:p w:rsidR="00F3016C" w:rsidRDefault="006A7220">
            <w:r>
              <w:t>Tokaj&amp;Co</w:t>
            </w:r>
          </w:p>
        </w:tc>
        <w:tc>
          <w:tcPr>
            <w:tcW w:w="850" w:type="dxa"/>
          </w:tcPr>
          <w:p w:rsidR="00F3016C" w:rsidRDefault="006A7220">
            <w:r>
              <w:t>93.5</w:t>
            </w:r>
          </w:p>
        </w:tc>
        <w:tc>
          <w:tcPr>
            <w:tcW w:w="992" w:type="dxa"/>
          </w:tcPr>
          <w:p w:rsidR="00F3016C" w:rsidRDefault="006A7220">
            <w:r>
              <w:t>GGM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Tokaj 6 putňový</w:t>
            </w:r>
          </w:p>
        </w:tc>
        <w:tc>
          <w:tcPr>
            <w:tcW w:w="709" w:type="dxa"/>
          </w:tcPr>
          <w:p w:rsidR="00F3016C" w:rsidRDefault="006A7220">
            <w:r>
              <w:t>2006</w:t>
            </w:r>
          </w:p>
        </w:tc>
        <w:tc>
          <w:tcPr>
            <w:tcW w:w="850" w:type="dxa"/>
          </w:tcPr>
          <w:p w:rsidR="00F3016C" w:rsidRDefault="006A7220">
            <w:r>
              <w:t>LL4</w:t>
            </w:r>
          </w:p>
        </w:tc>
        <w:tc>
          <w:tcPr>
            <w:tcW w:w="2127" w:type="dxa"/>
          </w:tcPr>
          <w:p w:rsidR="00F3016C" w:rsidRDefault="006A7220">
            <w:r>
              <w:t>Tokaj&amp;Co</w:t>
            </w:r>
          </w:p>
        </w:tc>
        <w:tc>
          <w:tcPr>
            <w:tcW w:w="850" w:type="dxa"/>
          </w:tcPr>
          <w:p w:rsidR="00F3016C" w:rsidRDefault="006A7220">
            <w:r>
              <w:t>93.0</w:t>
            </w:r>
          </w:p>
        </w:tc>
        <w:tc>
          <w:tcPr>
            <w:tcW w:w="992" w:type="dxa"/>
          </w:tcPr>
          <w:p w:rsidR="00F3016C" w:rsidRDefault="006A7220">
            <w:r>
              <w:t>GGM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Tokajské samorodné sladké</w:t>
            </w:r>
          </w:p>
        </w:tc>
        <w:tc>
          <w:tcPr>
            <w:tcW w:w="709" w:type="dxa"/>
          </w:tcPr>
          <w:p w:rsidR="00F3016C" w:rsidRDefault="006A7220">
            <w:r>
              <w:t>2015</w:t>
            </w:r>
          </w:p>
        </w:tc>
        <w:tc>
          <w:tcPr>
            <w:tcW w:w="850" w:type="dxa"/>
          </w:tcPr>
          <w:p w:rsidR="00F3016C" w:rsidRDefault="006A7220">
            <w:r>
              <w:t>YL3</w:t>
            </w:r>
          </w:p>
        </w:tc>
        <w:tc>
          <w:tcPr>
            <w:tcW w:w="2127" w:type="dxa"/>
          </w:tcPr>
          <w:p w:rsidR="00F3016C" w:rsidRDefault="006A7220">
            <w:r>
              <w:t>Tokaj&amp;Co</w:t>
            </w:r>
          </w:p>
        </w:tc>
        <w:tc>
          <w:tcPr>
            <w:tcW w:w="850" w:type="dxa"/>
          </w:tcPr>
          <w:p w:rsidR="00F3016C" w:rsidRDefault="006A7220">
            <w:r>
              <w:t>91.75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Tokaj 3 putňový</w:t>
            </w:r>
          </w:p>
        </w:tc>
        <w:tc>
          <w:tcPr>
            <w:tcW w:w="709" w:type="dxa"/>
          </w:tcPr>
          <w:p w:rsidR="00F3016C" w:rsidRDefault="006A7220">
            <w:r>
              <w:t>2018</w:t>
            </w:r>
          </w:p>
        </w:tc>
        <w:tc>
          <w:tcPr>
            <w:tcW w:w="850" w:type="dxa"/>
          </w:tcPr>
          <w:p w:rsidR="00F3016C" w:rsidRDefault="006A7220">
            <w:r>
              <w:t>LL3</w:t>
            </w:r>
          </w:p>
        </w:tc>
        <w:tc>
          <w:tcPr>
            <w:tcW w:w="2127" w:type="dxa"/>
          </w:tcPr>
          <w:p w:rsidR="00F3016C" w:rsidRDefault="006A7220">
            <w:r>
              <w:t>Tokaj&amp;Co</w:t>
            </w:r>
          </w:p>
        </w:tc>
        <w:tc>
          <w:tcPr>
            <w:tcW w:w="850" w:type="dxa"/>
          </w:tcPr>
          <w:p w:rsidR="00F3016C" w:rsidRDefault="006A7220">
            <w:r>
              <w:t>91.0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Muškát žltý DSC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>Tokaj&amp;Co</w:t>
            </w:r>
          </w:p>
        </w:tc>
        <w:tc>
          <w:tcPr>
            <w:tcW w:w="850" w:type="dxa"/>
          </w:tcPr>
          <w:p w:rsidR="00F3016C" w:rsidRDefault="006A7220">
            <w:r>
              <w:t>90.0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Dvojka</w:t>
            </w:r>
          </w:p>
        </w:tc>
        <w:tc>
          <w:tcPr>
            <w:tcW w:w="709" w:type="dxa"/>
          </w:tcPr>
          <w:p w:rsidR="00F3016C" w:rsidRDefault="006A7220">
            <w:r>
              <w:t>1990</w:t>
            </w:r>
          </w:p>
        </w:tc>
        <w:tc>
          <w:tcPr>
            <w:tcW w:w="850" w:type="dxa"/>
          </w:tcPr>
          <w:p w:rsidR="00F3016C" w:rsidRDefault="006A7220">
            <w:r>
              <w:t>LL3</w:t>
            </w:r>
          </w:p>
        </w:tc>
        <w:tc>
          <w:tcPr>
            <w:tcW w:w="2127" w:type="dxa"/>
          </w:tcPr>
          <w:p w:rsidR="00F3016C" w:rsidRDefault="006A7220">
            <w:r>
              <w:t>Tokaj&amp;Co</w:t>
            </w:r>
          </w:p>
        </w:tc>
        <w:tc>
          <w:tcPr>
            <w:tcW w:w="850" w:type="dxa"/>
          </w:tcPr>
          <w:p w:rsidR="00F3016C" w:rsidRDefault="006A7220">
            <w:r>
              <w:t>89.25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Tokajské samorodné sladké</w:t>
            </w:r>
          </w:p>
        </w:tc>
        <w:tc>
          <w:tcPr>
            <w:tcW w:w="709" w:type="dxa"/>
          </w:tcPr>
          <w:p w:rsidR="00F3016C" w:rsidRDefault="006A7220">
            <w:r>
              <w:t>2017</w:t>
            </w:r>
          </w:p>
        </w:tc>
        <w:tc>
          <w:tcPr>
            <w:tcW w:w="850" w:type="dxa"/>
          </w:tcPr>
          <w:p w:rsidR="00F3016C" w:rsidRDefault="006A7220">
            <w:r>
              <w:t>YL3</w:t>
            </w:r>
          </w:p>
        </w:tc>
        <w:tc>
          <w:tcPr>
            <w:tcW w:w="2127" w:type="dxa"/>
          </w:tcPr>
          <w:p w:rsidR="00F3016C" w:rsidRDefault="006A7220">
            <w:r>
              <w:t>Tokaj&amp;Co</w:t>
            </w:r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Frizzante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PW1</w:t>
            </w:r>
          </w:p>
        </w:tc>
        <w:tc>
          <w:tcPr>
            <w:tcW w:w="2127" w:type="dxa"/>
          </w:tcPr>
          <w:p w:rsidR="00F3016C" w:rsidRDefault="006A7220">
            <w:r>
              <w:t>Tokaj&amp;Co</w:t>
            </w:r>
          </w:p>
        </w:tc>
        <w:tc>
          <w:tcPr>
            <w:tcW w:w="850" w:type="dxa"/>
          </w:tcPr>
          <w:p w:rsidR="00F3016C" w:rsidRDefault="006A7220">
            <w:r>
              <w:t>87.25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lastRenderedPageBreak/>
              <w:t xml:space="preserve">Muškát žltý  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r>
              <w:t>Tokaj&amp;Co</w:t>
            </w:r>
          </w:p>
        </w:tc>
        <w:tc>
          <w:tcPr>
            <w:tcW w:w="850" w:type="dxa"/>
          </w:tcPr>
          <w:p w:rsidR="00F3016C" w:rsidRDefault="006A7220">
            <w:r>
              <w:t>85.5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Lipovina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Tokaj&amp;Co</w:t>
            </w:r>
          </w:p>
        </w:tc>
        <w:tc>
          <w:tcPr>
            <w:tcW w:w="850" w:type="dxa"/>
          </w:tcPr>
          <w:p w:rsidR="00F3016C" w:rsidRDefault="006A7220">
            <w:r>
              <w:t>83.5</w:t>
            </w:r>
          </w:p>
        </w:tc>
        <w:tc>
          <w:tcPr>
            <w:tcW w:w="992" w:type="dxa"/>
          </w:tcPr>
          <w:p w:rsidR="00F3016C" w:rsidRDefault="00F3016C"/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Frankovka modrá neskorý zber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Topoľčianky</w:t>
            </w:r>
          </w:p>
        </w:tc>
        <w:tc>
          <w:tcPr>
            <w:tcW w:w="850" w:type="dxa"/>
          </w:tcPr>
          <w:p w:rsidR="00F3016C" w:rsidRDefault="006A7220">
            <w:r>
              <w:t>86.0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Veltlínske zelené neskorý zber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Topoľčianky</w:t>
            </w:r>
          </w:p>
        </w:tc>
        <w:tc>
          <w:tcPr>
            <w:tcW w:w="850" w:type="dxa"/>
          </w:tcPr>
          <w:p w:rsidR="00F3016C" w:rsidRDefault="006A7220">
            <w:r>
              <w:t>85.5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Rulandské biele výber z hrozna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Trnovec</w:t>
            </w:r>
          </w:p>
        </w:tc>
        <w:tc>
          <w:tcPr>
            <w:tcW w:w="850" w:type="dxa"/>
          </w:tcPr>
          <w:p w:rsidR="00F3016C" w:rsidRDefault="006A7220">
            <w:r>
              <w:t>89.75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Dunaj výber z hrozna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Trnovec</w:t>
            </w:r>
          </w:p>
        </w:tc>
        <w:tc>
          <w:tcPr>
            <w:tcW w:w="850" w:type="dxa"/>
          </w:tcPr>
          <w:p w:rsidR="00F3016C" w:rsidRDefault="006A7220">
            <w:r>
              <w:t>87.5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Frankovka rosé  DSC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Ro3</w:t>
            </w:r>
          </w:p>
        </w:tc>
        <w:tc>
          <w:tcPr>
            <w:tcW w:w="2127" w:type="dxa"/>
          </w:tcPr>
          <w:p w:rsidR="00F3016C" w:rsidRDefault="006A7220">
            <w:r>
              <w:t>Uhnák</w:t>
            </w:r>
          </w:p>
        </w:tc>
        <w:tc>
          <w:tcPr>
            <w:tcW w:w="850" w:type="dxa"/>
          </w:tcPr>
          <w:p w:rsidR="00F3016C" w:rsidRDefault="006A7220">
            <w:r>
              <w:t>89.75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Sauvignon neskorý zber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Uhnák</w:t>
            </w:r>
          </w:p>
        </w:tc>
        <w:tc>
          <w:tcPr>
            <w:tcW w:w="850" w:type="dxa"/>
          </w:tcPr>
          <w:p w:rsidR="00F3016C" w:rsidRDefault="006A7220">
            <w:r>
              <w:t>85.75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Tramín červený ľadové</w:t>
            </w:r>
          </w:p>
        </w:tc>
        <w:tc>
          <w:tcPr>
            <w:tcW w:w="709" w:type="dxa"/>
          </w:tcPr>
          <w:p w:rsidR="00F3016C" w:rsidRDefault="006A7220">
            <w:r>
              <w:t>2018</w:t>
            </w:r>
          </w:p>
        </w:tc>
        <w:tc>
          <w:tcPr>
            <w:tcW w:w="850" w:type="dxa"/>
          </w:tcPr>
          <w:p w:rsidR="00F3016C" w:rsidRDefault="006A7220">
            <w:r>
              <w:t>NS2</w:t>
            </w:r>
          </w:p>
        </w:tc>
        <w:tc>
          <w:tcPr>
            <w:tcW w:w="2127" w:type="dxa"/>
          </w:tcPr>
          <w:p w:rsidR="00F3016C" w:rsidRDefault="006A7220">
            <w:r>
              <w:t>Villavino</w:t>
            </w:r>
          </w:p>
        </w:tc>
        <w:tc>
          <w:tcPr>
            <w:tcW w:w="850" w:type="dxa"/>
          </w:tcPr>
          <w:p w:rsidR="00F3016C" w:rsidRDefault="006A7220">
            <w:r>
              <w:t>93.0</w:t>
            </w:r>
          </w:p>
        </w:tc>
        <w:tc>
          <w:tcPr>
            <w:tcW w:w="992" w:type="dxa"/>
          </w:tcPr>
          <w:p w:rsidR="00F3016C" w:rsidRDefault="006A7220">
            <w:r>
              <w:t>GGM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Tereziánska frankovka DSC</w:t>
            </w:r>
          </w:p>
        </w:tc>
        <w:tc>
          <w:tcPr>
            <w:tcW w:w="709" w:type="dxa"/>
          </w:tcPr>
          <w:p w:rsidR="00F3016C" w:rsidRDefault="006A7220">
            <w:r>
              <w:t>2021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Villavino</w:t>
            </w:r>
          </w:p>
        </w:tc>
        <w:tc>
          <w:tcPr>
            <w:tcW w:w="850" w:type="dxa"/>
          </w:tcPr>
          <w:p w:rsidR="00F3016C" w:rsidRDefault="006A7220">
            <w:r>
              <w:t>90.75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Svätovavrinecké výber z hrozna</w:t>
            </w:r>
          </w:p>
        </w:tc>
        <w:tc>
          <w:tcPr>
            <w:tcW w:w="709" w:type="dxa"/>
          </w:tcPr>
          <w:p w:rsidR="00F3016C" w:rsidRDefault="006A7220">
            <w:r>
              <w:t>2021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Villavino</w:t>
            </w:r>
          </w:p>
        </w:tc>
        <w:tc>
          <w:tcPr>
            <w:tcW w:w="850" w:type="dxa"/>
          </w:tcPr>
          <w:p w:rsidR="00F3016C" w:rsidRDefault="006A7220">
            <w:r>
              <w:t>90.5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Trilógia rosé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Ro2</w:t>
            </w:r>
          </w:p>
        </w:tc>
        <w:tc>
          <w:tcPr>
            <w:tcW w:w="2127" w:type="dxa"/>
          </w:tcPr>
          <w:p w:rsidR="00F3016C" w:rsidRDefault="006A7220">
            <w:r>
              <w:t>Villavino</w:t>
            </w:r>
          </w:p>
        </w:tc>
        <w:tc>
          <w:tcPr>
            <w:tcW w:w="850" w:type="dxa"/>
          </w:tcPr>
          <w:p w:rsidR="00F3016C" w:rsidRDefault="006A7220">
            <w:r>
              <w:t>90.0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Cabernet Sauvignon neskorý zber</w:t>
            </w:r>
          </w:p>
        </w:tc>
        <w:tc>
          <w:tcPr>
            <w:tcW w:w="709" w:type="dxa"/>
          </w:tcPr>
          <w:p w:rsidR="00F3016C" w:rsidRDefault="006A7220">
            <w:r>
              <w:t>2023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Villavino</w:t>
            </w:r>
          </w:p>
        </w:tc>
        <w:tc>
          <w:tcPr>
            <w:tcW w:w="850" w:type="dxa"/>
          </w:tcPr>
          <w:p w:rsidR="00F3016C" w:rsidRDefault="006A7220">
            <w:r>
              <w:t>89.5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Rizling rýnsky bobuľový výber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W3</w:t>
            </w:r>
          </w:p>
        </w:tc>
        <w:tc>
          <w:tcPr>
            <w:tcW w:w="2127" w:type="dxa"/>
          </w:tcPr>
          <w:p w:rsidR="00F3016C" w:rsidRDefault="006A7220">
            <w:r>
              <w:t>Villavino</w:t>
            </w:r>
          </w:p>
        </w:tc>
        <w:tc>
          <w:tcPr>
            <w:tcW w:w="850" w:type="dxa"/>
          </w:tcPr>
          <w:p w:rsidR="00F3016C" w:rsidRDefault="006A7220">
            <w:r>
              <w:t>89.25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Veltlínske zelené neskorý zber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Villavino</w:t>
            </w:r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Muškát žltý neskorý zber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r>
              <w:t>Villavino</w:t>
            </w:r>
          </w:p>
        </w:tc>
        <w:tc>
          <w:tcPr>
            <w:tcW w:w="850" w:type="dxa"/>
          </w:tcPr>
          <w:p w:rsidR="00F3016C" w:rsidRDefault="006A7220">
            <w:r>
              <w:t>86.0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Muškát moravský frizzante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PW3</w:t>
            </w:r>
          </w:p>
        </w:tc>
        <w:tc>
          <w:tcPr>
            <w:tcW w:w="2127" w:type="dxa"/>
          </w:tcPr>
          <w:p w:rsidR="00F3016C" w:rsidRDefault="006A7220">
            <w:r>
              <w:t>Vinojek Knápek</w:t>
            </w:r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Svätovavrinecké výber z hrozna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Vinojek Knápek</w:t>
            </w:r>
          </w:p>
        </w:tc>
        <w:tc>
          <w:tcPr>
            <w:tcW w:w="850" w:type="dxa"/>
          </w:tcPr>
          <w:p w:rsidR="00F3016C" w:rsidRDefault="006A7220">
            <w:r>
              <w:t>89.0</w:t>
            </w:r>
          </w:p>
        </w:tc>
        <w:tc>
          <w:tcPr>
            <w:tcW w:w="992" w:type="dxa"/>
          </w:tcPr>
          <w:p w:rsidR="00F3016C" w:rsidRDefault="006A7220">
            <w:r>
              <w:t>HGM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Rizling vlašský neskorý zber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Vinojek Knápek</w:t>
            </w:r>
          </w:p>
        </w:tc>
        <w:tc>
          <w:tcPr>
            <w:tcW w:w="850" w:type="dxa"/>
          </w:tcPr>
          <w:p w:rsidR="00F3016C" w:rsidRDefault="006A7220">
            <w:r>
              <w:t>87.0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Muškát moravský kabinet</w:t>
            </w:r>
          </w:p>
        </w:tc>
        <w:tc>
          <w:tcPr>
            <w:tcW w:w="709" w:type="dxa"/>
          </w:tcPr>
          <w:p w:rsidR="00F3016C" w:rsidRDefault="006A7220">
            <w:r>
              <w:t>2025</w:t>
            </w:r>
          </w:p>
        </w:tc>
        <w:tc>
          <w:tcPr>
            <w:tcW w:w="850" w:type="dxa"/>
          </w:tcPr>
          <w:p w:rsidR="00F3016C" w:rsidRDefault="006A7220">
            <w:r>
              <w:t>War1</w:t>
            </w:r>
          </w:p>
        </w:tc>
        <w:tc>
          <w:tcPr>
            <w:tcW w:w="2127" w:type="dxa"/>
          </w:tcPr>
          <w:p w:rsidR="00F3016C" w:rsidRDefault="006A7220">
            <w:r>
              <w:t>Vinojek Knápek</w:t>
            </w:r>
          </w:p>
        </w:tc>
        <w:tc>
          <w:tcPr>
            <w:tcW w:w="850" w:type="dxa"/>
          </w:tcPr>
          <w:p w:rsidR="00F3016C" w:rsidRDefault="006A7220">
            <w:r>
              <w:t>85.75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Pálava výber z hrozna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War3</w:t>
            </w:r>
          </w:p>
        </w:tc>
        <w:tc>
          <w:tcPr>
            <w:tcW w:w="2127" w:type="dxa"/>
          </w:tcPr>
          <w:p w:rsidR="00F3016C" w:rsidRDefault="006A7220">
            <w:r>
              <w:t>Vinum Nobile</w:t>
            </w:r>
          </w:p>
        </w:tc>
        <w:tc>
          <w:tcPr>
            <w:tcW w:w="850" w:type="dxa"/>
          </w:tcPr>
          <w:p w:rsidR="00F3016C" w:rsidRDefault="006A7220">
            <w:r>
              <w:t>89.5</w:t>
            </w:r>
          </w:p>
        </w:tc>
        <w:tc>
          <w:tcPr>
            <w:tcW w:w="992" w:type="dxa"/>
          </w:tcPr>
          <w:p w:rsidR="00F3016C" w:rsidRDefault="006A7220">
            <w:r>
              <w:t>GM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Chardonnay neskorý zber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Vinum Nobile</w:t>
            </w:r>
          </w:p>
        </w:tc>
        <w:tc>
          <w:tcPr>
            <w:tcW w:w="850" w:type="dxa"/>
          </w:tcPr>
          <w:p w:rsidR="00F3016C" w:rsidRDefault="006A7220">
            <w:r>
              <w:t>86.25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 xml:space="preserve">Hibernal  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War2</w:t>
            </w:r>
          </w:p>
        </w:tc>
        <w:tc>
          <w:tcPr>
            <w:tcW w:w="2127" w:type="dxa"/>
          </w:tcPr>
          <w:p w:rsidR="00F3016C" w:rsidRDefault="006A7220">
            <w:r>
              <w:t>Vinum Nobile</w:t>
            </w:r>
          </w:p>
        </w:tc>
        <w:tc>
          <w:tcPr>
            <w:tcW w:w="850" w:type="dxa"/>
          </w:tcPr>
          <w:p w:rsidR="00F3016C" w:rsidRDefault="006A7220">
            <w:r>
              <w:t>86.25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Rulandské šedé neskorý zber</w:t>
            </w:r>
          </w:p>
        </w:tc>
        <w:tc>
          <w:tcPr>
            <w:tcW w:w="709" w:type="dxa"/>
          </w:tcPr>
          <w:p w:rsidR="00F3016C" w:rsidRDefault="006A7220">
            <w:r>
              <w:t>2024</w:t>
            </w:r>
          </w:p>
        </w:tc>
        <w:tc>
          <w:tcPr>
            <w:tcW w:w="850" w:type="dxa"/>
          </w:tcPr>
          <w:p w:rsidR="00F3016C" w:rsidRDefault="006A7220">
            <w:r>
              <w:t>W1</w:t>
            </w:r>
          </w:p>
        </w:tc>
        <w:tc>
          <w:tcPr>
            <w:tcW w:w="2127" w:type="dxa"/>
          </w:tcPr>
          <w:p w:rsidR="00F3016C" w:rsidRDefault="006A7220">
            <w:r>
              <w:t>Vinum Nobile</w:t>
            </w:r>
          </w:p>
        </w:tc>
        <w:tc>
          <w:tcPr>
            <w:tcW w:w="850" w:type="dxa"/>
          </w:tcPr>
          <w:p w:rsidR="00F3016C" w:rsidRDefault="006A7220">
            <w:r>
              <w:t>86.0</w:t>
            </w:r>
          </w:p>
        </w:tc>
        <w:tc>
          <w:tcPr>
            <w:tcW w:w="992" w:type="dxa"/>
          </w:tcPr>
          <w:p w:rsidR="00F3016C" w:rsidRDefault="006A7220">
            <w:r>
              <w:t>HSM</w:t>
            </w:r>
          </w:p>
        </w:tc>
      </w:tr>
      <w:tr w:rsidR="00F3016C" w:rsidTr="00E151FA">
        <w:tc>
          <w:tcPr>
            <w:tcW w:w="4111" w:type="dxa"/>
          </w:tcPr>
          <w:p w:rsidR="00F3016C" w:rsidRDefault="006A7220">
            <w:r>
              <w:t>Caberne</w:t>
            </w:r>
          </w:p>
        </w:tc>
        <w:tc>
          <w:tcPr>
            <w:tcW w:w="709" w:type="dxa"/>
          </w:tcPr>
          <w:p w:rsidR="00F3016C" w:rsidRDefault="006A7220">
            <w:r>
              <w:t>2014</w:t>
            </w:r>
          </w:p>
        </w:tc>
        <w:tc>
          <w:tcPr>
            <w:tcW w:w="850" w:type="dxa"/>
          </w:tcPr>
          <w:p w:rsidR="00F3016C" w:rsidRDefault="006A7220">
            <w:r>
              <w:t>R1</w:t>
            </w:r>
          </w:p>
        </w:tc>
        <w:tc>
          <w:tcPr>
            <w:tcW w:w="2127" w:type="dxa"/>
          </w:tcPr>
          <w:p w:rsidR="00F3016C" w:rsidRDefault="006A7220">
            <w:r>
              <w:t>Plodoovoč</w:t>
            </w:r>
          </w:p>
        </w:tc>
        <w:tc>
          <w:tcPr>
            <w:tcW w:w="850" w:type="dxa"/>
          </w:tcPr>
          <w:p w:rsidR="00F3016C" w:rsidRDefault="006A7220">
            <w:r>
              <w:t>84.0</w:t>
            </w:r>
          </w:p>
        </w:tc>
        <w:tc>
          <w:tcPr>
            <w:tcW w:w="992" w:type="dxa"/>
          </w:tcPr>
          <w:p w:rsidR="00F3016C" w:rsidRDefault="00F3016C"/>
        </w:tc>
      </w:tr>
    </w:tbl>
    <w:p w:rsidR="00161086" w:rsidRDefault="00161086" w:rsidP="006A7220">
      <w:pPr>
        <w:spacing w:line="240" w:lineRule="auto"/>
      </w:pPr>
    </w:p>
    <w:p w:rsidR="006A7220" w:rsidRDefault="006A7220" w:rsidP="006A7220">
      <w:pPr>
        <w:spacing w:line="240" w:lineRule="auto"/>
      </w:pPr>
      <w:r>
        <w:t>GGM – Gra</w:t>
      </w:r>
      <w:r w:rsidR="00E151FA">
        <w:t>nd</w:t>
      </w:r>
      <w:r>
        <w:t xml:space="preserve"> gold medal</w:t>
      </w:r>
    </w:p>
    <w:p w:rsidR="006A7220" w:rsidRDefault="006A7220" w:rsidP="006A7220">
      <w:pPr>
        <w:spacing w:line="240" w:lineRule="auto"/>
      </w:pPr>
      <w:r>
        <w:t>GM – Gold medal</w:t>
      </w:r>
    </w:p>
    <w:p w:rsidR="006A7220" w:rsidRDefault="006A7220" w:rsidP="006A7220">
      <w:pPr>
        <w:spacing w:line="240" w:lineRule="auto"/>
      </w:pPr>
      <w:r>
        <w:t>HGM – Honora</w:t>
      </w:r>
      <w:r w:rsidR="005C2027">
        <w:t>ry</w:t>
      </w:r>
      <w:r>
        <w:t xml:space="preserve"> gold medal</w:t>
      </w:r>
    </w:p>
    <w:p w:rsidR="006A7220" w:rsidRDefault="006A7220" w:rsidP="006A7220">
      <w:pPr>
        <w:spacing w:line="240" w:lineRule="auto"/>
      </w:pPr>
      <w:r>
        <w:t xml:space="preserve">HSM </w:t>
      </w:r>
      <w:r w:rsidR="00E151FA">
        <w:t>-</w:t>
      </w:r>
      <w:r>
        <w:t xml:space="preserve"> Honora</w:t>
      </w:r>
      <w:r w:rsidR="005C2027">
        <w:t>ry</w:t>
      </w:r>
      <w:r>
        <w:t xml:space="preserve"> silver medal</w:t>
      </w:r>
    </w:p>
    <w:p w:rsidR="006A7220" w:rsidRDefault="006A7220"/>
    <w:sectPr w:rsidR="006A722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161086"/>
    <w:rsid w:val="0029639D"/>
    <w:rsid w:val="00326F90"/>
    <w:rsid w:val="004078BD"/>
    <w:rsid w:val="005C2027"/>
    <w:rsid w:val="006962FE"/>
    <w:rsid w:val="006A7220"/>
    <w:rsid w:val="009D3EDF"/>
    <w:rsid w:val="00AA1D8D"/>
    <w:rsid w:val="00AA2844"/>
    <w:rsid w:val="00B47730"/>
    <w:rsid w:val="00CB0664"/>
    <w:rsid w:val="00E151FA"/>
    <w:rsid w:val="00F3016C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C74013-04D0-4CDD-8BE2-0B936B4DF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1877</Words>
  <Characters>10705</Characters>
  <Application>Microsoft Office Word</Application>
  <DocSecurity>0</DocSecurity>
  <Lines>89</Lines>
  <Paragraphs>25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12557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5</cp:revision>
  <dcterms:created xsi:type="dcterms:W3CDTF">2013-12-23T23:15:00Z</dcterms:created>
  <dcterms:modified xsi:type="dcterms:W3CDTF">2026-06-18T08:24:00Z</dcterms:modified>
  <cp:category/>
</cp:coreProperties>
</file>